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4E475" w14:textId="14517451" w:rsidR="00755F67" w:rsidRPr="00F85B5B" w:rsidRDefault="00C74E84" w:rsidP="00F85B5B">
      <w:pPr>
        <w:pStyle w:val="Ttulo2"/>
        <w:spacing w:before="0"/>
        <w:rPr>
          <w:rFonts w:ascii="Calibri" w:hAnsi="Calibri" w:cs="Calibri"/>
          <w:color w:val="auto"/>
          <w:sz w:val="20"/>
          <w:szCs w:val="20"/>
        </w:rPr>
      </w:pPr>
      <w:r w:rsidRPr="00F85B5B">
        <w:rPr>
          <w:rFonts w:ascii="Calibri" w:hAnsi="Calibri" w:cs="Calibri"/>
          <w:color w:val="auto"/>
        </w:rPr>
        <w:t>ANEXO III</w:t>
      </w:r>
      <w:r w:rsidRPr="00F85B5B">
        <w:rPr>
          <w:rFonts w:ascii="Calibri" w:hAnsi="Calibri" w:cs="Calibri"/>
          <w:color w:val="auto"/>
        </w:rPr>
        <w:br/>
        <w:t>MODELO DE PROPOSTA COMERCIAL E DECLARAÇÃO DE ATENDIMENTO ÀS ESPECIFICAÇÕES TÉCNICAS</w:t>
      </w:r>
      <w:r w:rsidR="00F85B5B">
        <w:rPr>
          <w:rFonts w:ascii="Calibri" w:hAnsi="Calibri" w:cs="Calibri"/>
          <w:color w:val="auto"/>
        </w:rPr>
        <w:t xml:space="preserve"> </w:t>
      </w:r>
      <w:proofErr w:type="gramStart"/>
      <w:r w:rsidR="00F85B5B">
        <w:rPr>
          <w:rFonts w:ascii="Calibri" w:hAnsi="Calibri" w:cs="Calibri"/>
          <w:color w:val="auto"/>
        </w:rPr>
        <w:t xml:space="preserve">( </w:t>
      </w:r>
      <w:r w:rsidR="00F85B5B" w:rsidRPr="00F85B5B">
        <w:rPr>
          <w:rFonts w:ascii="Calibri" w:hAnsi="Calibri" w:cs="Calibri"/>
          <w:color w:val="auto"/>
          <w:sz w:val="20"/>
          <w:szCs w:val="20"/>
        </w:rPr>
        <w:t>PREFERENCIALMENTE</w:t>
      </w:r>
      <w:proofErr w:type="gramEnd"/>
      <w:r w:rsidR="00F85B5B" w:rsidRPr="00F85B5B">
        <w:rPr>
          <w:rFonts w:ascii="Calibri" w:hAnsi="Calibri" w:cs="Calibri"/>
          <w:color w:val="auto"/>
          <w:sz w:val="20"/>
          <w:szCs w:val="20"/>
        </w:rPr>
        <w:t xml:space="preserve"> FOLHA COM TIMBRE DA EMPRESA)</w:t>
      </w:r>
    </w:p>
    <w:p w14:paraId="31B21B8B" w14:textId="77777777" w:rsidR="00F85B5B" w:rsidRDefault="00F85B5B" w:rsidP="00F85B5B">
      <w:pPr>
        <w:spacing w:after="0"/>
        <w:rPr>
          <w:rFonts w:ascii="Calibri" w:hAnsi="Calibri" w:cs="Calibri"/>
        </w:rPr>
      </w:pPr>
    </w:p>
    <w:p w14:paraId="3C194576" w14:textId="15C50F4B" w:rsidR="00755F67" w:rsidRPr="00F85B5B" w:rsidRDefault="00C74E84" w:rsidP="00F85B5B">
      <w:pPr>
        <w:spacing w:after="0"/>
        <w:rPr>
          <w:rFonts w:ascii="Calibri" w:hAnsi="Calibri" w:cs="Calibri"/>
          <w:b/>
          <w:bCs/>
        </w:rPr>
      </w:pPr>
      <w:r w:rsidRPr="00F85B5B">
        <w:rPr>
          <w:rFonts w:ascii="Calibri" w:hAnsi="Calibri" w:cs="Calibri"/>
        </w:rPr>
        <w:t xml:space="preserve">DISPENSA DE LICITAÇÃO Nº </w:t>
      </w:r>
      <w:r w:rsidR="00CF1878">
        <w:rPr>
          <w:rFonts w:ascii="Calibri" w:hAnsi="Calibri" w:cs="Calibri"/>
        </w:rPr>
        <w:t>07</w:t>
      </w:r>
      <w:r w:rsidRPr="00F85B5B">
        <w:rPr>
          <w:rFonts w:ascii="Calibri" w:hAnsi="Calibri" w:cs="Calibri"/>
        </w:rPr>
        <w:t>/2026</w:t>
      </w:r>
      <w:r w:rsidRPr="00F85B5B">
        <w:rPr>
          <w:rFonts w:ascii="Calibri" w:hAnsi="Calibri" w:cs="Calibri"/>
        </w:rPr>
        <w:br/>
        <w:t>PROCESSO ADMINISTRATIVO Nº 755 e 805/2026</w:t>
      </w:r>
      <w:r w:rsidRPr="00F85B5B">
        <w:rPr>
          <w:rFonts w:ascii="Calibri" w:hAnsi="Calibri" w:cs="Calibri"/>
        </w:rPr>
        <w:br/>
      </w:r>
      <w:r w:rsidRPr="00F85B5B">
        <w:rPr>
          <w:rFonts w:ascii="Calibri" w:hAnsi="Calibri" w:cs="Calibri"/>
        </w:rPr>
        <w:br/>
      </w:r>
      <w:r w:rsidRPr="00F85B5B">
        <w:rPr>
          <w:rFonts w:ascii="Calibri" w:hAnsi="Calibri" w:cs="Calibri"/>
          <w:b/>
          <w:bCs/>
        </w:rPr>
        <w:t>DADOS DA EMPRESA</w:t>
      </w:r>
    </w:p>
    <w:p w14:paraId="308A92F7" w14:textId="6FEABB15" w:rsidR="00755F67" w:rsidRPr="00F85B5B" w:rsidRDefault="00C74E84" w:rsidP="00F85B5B">
      <w:pPr>
        <w:spacing w:after="120"/>
        <w:rPr>
          <w:rFonts w:ascii="Calibri" w:hAnsi="Calibri" w:cs="Calibri"/>
        </w:rPr>
      </w:pPr>
      <w:proofErr w:type="spellStart"/>
      <w:r w:rsidRPr="00F85B5B">
        <w:rPr>
          <w:rFonts w:ascii="Calibri" w:hAnsi="Calibri" w:cs="Calibri"/>
        </w:rPr>
        <w:t>Razão</w:t>
      </w:r>
      <w:proofErr w:type="spellEnd"/>
      <w:r w:rsidRPr="00F85B5B">
        <w:rPr>
          <w:rFonts w:ascii="Calibri" w:hAnsi="Calibri" w:cs="Calibri"/>
        </w:rPr>
        <w:t xml:space="preserve"> Social: __________________</w:t>
      </w:r>
      <w:r w:rsidR="00F85B5B">
        <w:rPr>
          <w:rFonts w:ascii="Calibri" w:hAnsi="Calibri" w:cs="Calibri"/>
        </w:rPr>
        <w:t>___________________________________</w:t>
      </w:r>
      <w:r w:rsidRPr="00F85B5B">
        <w:rPr>
          <w:rFonts w:ascii="Calibri" w:hAnsi="Calibri" w:cs="Calibri"/>
        </w:rPr>
        <w:t>______________</w:t>
      </w:r>
    </w:p>
    <w:p w14:paraId="4F34D211" w14:textId="179501EF" w:rsidR="00755F67" w:rsidRPr="00F85B5B" w:rsidRDefault="00C74E84" w:rsidP="00F85B5B">
      <w:pPr>
        <w:spacing w:after="120"/>
        <w:rPr>
          <w:rFonts w:ascii="Calibri" w:hAnsi="Calibri" w:cs="Calibri"/>
        </w:rPr>
      </w:pPr>
      <w:r w:rsidRPr="00F85B5B">
        <w:rPr>
          <w:rFonts w:ascii="Calibri" w:hAnsi="Calibri" w:cs="Calibri"/>
        </w:rPr>
        <w:t>CNPJ: ____________</w:t>
      </w:r>
      <w:r w:rsidR="00F85B5B">
        <w:rPr>
          <w:rFonts w:ascii="Calibri" w:hAnsi="Calibri" w:cs="Calibri"/>
        </w:rPr>
        <w:t>_________</w:t>
      </w:r>
      <w:r w:rsidRPr="00F85B5B">
        <w:rPr>
          <w:rFonts w:ascii="Calibri" w:hAnsi="Calibri" w:cs="Calibri"/>
        </w:rPr>
        <w:t xml:space="preserve">______ </w:t>
      </w:r>
      <w:proofErr w:type="spellStart"/>
      <w:r w:rsidRPr="00F85B5B">
        <w:rPr>
          <w:rFonts w:ascii="Calibri" w:hAnsi="Calibri" w:cs="Calibri"/>
        </w:rPr>
        <w:t>Inscrição</w:t>
      </w:r>
      <w:proofErr w:type="spellEnd"/>
      <w:r w:rsidRPr="00F85B5B">
        <w:rPr>
          <w:rFonts w:ascii="Calibri" w:hAnsi="Calibri" w:cs="Calibri"/>
        </w:rPr>
        <w:t xml:space="preserve"> Estadual: ____</w:t>
      </w:r>
      <w:r w:rsidR="00F85B5B">
        <w:rPr>
          <w:rFonts w:ascii="Calibri" w:hAnsi="Calibri" w:cs="Calibri"/>
        </w:rPr>
        <w:t>______________</w:t>
      </w:r>
      <w:r w:rsidRPr="00F85B5B">
        <w:rPr>
          <w:rFonts w:ascii="Calibri" w:hAnsi="Calibri" w:cs="Calibri"/>
        </w:rPr>
        <w:t>____________</w:t>
      </w:r>
    </w:p>
    <w:p w14:paraId="386BA2D4" w14:textId="0AAB6F15" w:rsidR="00755F67" w:rsidRPr="00F85B5B" w:rsidRDefault="00C74E84" w:rsidP="00F85B5B">
      <w:pPr>
        <w:spacing w:after="120"/>
        <w:rPr>
          <w:rFonts w:ascii="Calibri" w:hAnsi="Calibri" w:cs="Calibri"/>
        </w:rPr>
      </w:pPr>
      <w:r w:rsidRPr="00F85B5B">
        <w:rPr>
          <w:rFonts w:ascii="Calibri" w:hAnsi="Calibri" w:cs="Calibri"/>
        </w:rPr>
        <w:t>Endereço: _____________</w:t>
      </w:r>
      <w:r w:rsidR="00F85B5B">
        <w:rPr>
          <w:rFonts w:ascii="Calibri" w:hAnsi="Calibri" w:cs="Calibri"/>
        </w:rPr>
        <w:t>____________________</w:t>
      </w:r>
      <w:r w:rsidRPr="00F85B5B">
        <w:rPr>
          <w:rFonts w:ascii="Calibri" w:hAnsi="Calibri" w:cs="Calibri"/>
        </w:rPr>
        <w:t>____________________________________</w:t>
      </w:r>
    </w:p>
    <w:p w14:paraId="145271E4" w14:textId="06E64B8B" w:rsidR="00755F67" w:rsidRPr="00F85B5B" w:rsidRDefault="00C74E84" w:rsidP="00F85B5B">
      <w:pPr>
        <w:spacing w:after="120"/>
        <w:rPr>
          <w:rFonts w:ascii="Calibri" w:hAnsi="Calibri" w:cs="Calibri"/>
        </w:rPr>
      </w:pPr>
      <w:proofErr w:type="spellStart"/>
      <w:r w:rsidRPr="00F85B5B">
        <w:rPr>
          <w:rFonts w:ascii="Calibri" w:hAnsi="Calibri" w:cs="Calibri"/>
        </w:rPr>
        <w:t>Cidade</w:t>
      </w:r>
      <w:proofErr w:type="spellEnd"/>
      <w:r w:rsidRPr="00F85B5B">
        <w:rPr>
          <w:rFonts w:ascii="Calibri" w:hAnsi="Calibri" w:cs="Calibri"/>
        </w:rPr>
        <w:t>: _______________</w:t>
      </w:r>
      <w:r w:rsidR="00F85B5B">
        <w:rPr>
          <w:rFonts w:ascii="Calibri" w:hAnsi="Calibri" w:cs="Calibri"/>
        </w:rPr>
        <w:t>______</w:t>
      </w:r>
      <w:r w:rsidRPr="00F85B5B">
        <w:rPr>
          <w:rFonts w:ascii="Calibri" w:hAnsi="Calibri" w:cs="Calibri"/>
        </w:rPr>
        <w:t>___ UF: _</w:t>
      </w:r>
      <w:r w:rsidR="00F85B5B">
        <w:rPr>
          <w:rFonts w:ascii="Calibri" w:hAnsi="Calibri" w:cs="Calibri"/>
        </w:rPr>
        <w:t>___________</w:t>
      </w:r>
      <w:r w:rsidRPr="00F85B5B">
        <w:rPr>
          <w:rFonts w:ascii="Calibri" w:hAnsi="Calibri" w:cs="Calibri"/>
        </w:rPr>
        <w:t>___ CEP: ______</w:t>
      </w:r>
      <w:r w:rsidR="00F85B5B">
        <w:rPr>
          <w:rFonts w:ascii="Calibri" w:hAnsi="Calibri" w:cs="Calibri"/>
        </w:rPr>
        <w:t>____________</w:t>
      </w:r>
      <w:r w:rsidRPr="00F85B5B">
        <w:rPr>
          <w:rFonts w:ascii="Calibri" w:hAnsi="Calibri" w:cs="Calibri"/>
        </w:rPr>
        <w:t>______</w:t>
      </w:r>
    </w:p>
    <w:p w14:paraId="39E7E742" w14:textId="2D90F8EA" w:rsidR="00755F67" w:rsidRPr="00F85B5B" w:rsidRDefault="00C74E84" w:rsidP="00F85B5B">
      <w:pPr>
        <w:spacing w:after="120"/>
        <w:rPr>
          <w:rFonts w:ascii="Calibri" w:hAnsi="Calibri" w:cs="Calibri"/>
        </w:rPr>
      </w:pPr>
      <w:r w:rsidRPr="00F85B5B">
        <w:rPr>
          <w:rFonts w:ascii="Calibri" w:hAnsi="Calibri" w:cs="Calibri"/>
        </w:rPr>
        <w:t>Telefone: ___________</w:t>
      </w:r>
      <w:r w:rsidR="00F85B5B">
        <w:rPr>
          <w:rFonts w:ascii="Calibri" w:hAnsi="Calibri" w:cs="Calibri"/>
        </w:rPr>
        <w:t>________</w:t>
      </w:r>
      <w:r w:rsidRPr="00F85B5B">
        <w:rPr>
          <w:rFonts w:ascii="Calibri" w:hAnsi="Calibri" w:cs="Calibri"/>
        </w:rPr>
        <w:t>_</w:t>
      </w:r>
      <w:r w:rsidR="00F85B5B">
        <w:rPr>
          <w:rFonts w:ascii="Calibri" w:hAnsi="Calibri" w:cs="Calibri"/>
        </w:rPr>
        <w:t>_</w:t>
      </w:r>
      <w:r w:rsidRPr="00F85B5B">
        <w:rPr>
          <w:rFonts w:ascii="Calibri" w:hAnsi="Calibri" w:cs="Calibri"/>
        </w:rPr>
        <w:t xml:space="preserve">______ </w:t>
      </w:r>
      <w:proofErr w:type="spellStart"/>
      <w:r w:rsidRPr="00F85B5B">
        <w:rPr>
          <w:rFonts w:ascii="Calibri" w:hAnsi="Calibri" w:cs="Calibri"/>
        </w:rPr>
        <w:t>Celular</w:t>
      </w:r>
      <w:proofErr w:type="spellEnd"/>
      <w:r w:rsidRPr="00F85B5B">
        <w:rPr>
          <w:rFonts w:ascii="Calibri" w:hAnsi="Calibri" w:cs="Calibri"/>
        </w:rPr>
        <w:t>: ________</w:t>
      </w:r>
      <w:r w:rsidR="00F85B5B">
        <w:rPr>
          <w:rFonts w:ascii="Calibri" w:hAnsi="Calibri" w:cs="Calibri"/>
        </w:rPr>
        <w:t>__________________</w:t>
      </w:r>
      <w:r w:rsidRPr="00F85B5B">
        <w:rPr>
          <w:rFonts w:ascii="Calibri" w:hAnsi="Calibri" w:cs="Calibri"/>
        </w:rPr>
        <w:t>__________</w:t>
      </w:r>
    </w:p>
    <w:p w14:paraId="109FA7FF" w14:textId="3D598004" w:rsidR="00755F67" w:rsidRPr="00F85B5B" w:rsidRDefault="00C74E84" w:rsidP="00F85B5B">
      <w:pPr>
        <w:spacing w:after="120"/>
        <w:rPr>
          <w:rFonts w:ascii="Calibri" w:hAnsi="Calibri" w:cs="Calibri"/>
        </w:rPr>
      </w:pPr>
      <w:r w:rsidRPr="00F85B5B">
        <w:rPr>
          <w:rFonts w:ascii="Calibri" w:hAnsi="Calibri" w:cs="Calibri"/>
        </w:rPr>
        <w:t>E-mail: ______________________________</w:t>
      </w:r>
      <w:r w:rsidR="00F85B5B">
        <w:rPr>
          <w:rFonts w:ascii="Calibri" w:hAnsi="Calibri" w:cs="Calibri"/>
        </w:rPr>
        <w:t>_______________________</w:t>
      </w:r>
      <w:r w:rsidRPr="00F85B5B">
        <w:rPr>
          <w:rFonts w:ascii="Calibri" w:hAnsi="Calibri" w:cs="Calibri"/>
        </w:rPr>
        <w:t>___________________</w:t>
      </w:r>
    </w:p>
    <w:p w14:paraId="57FC8D05" w14:textId="30300719" w:rsidR="00755F67" w:rsidRPr="00F85B5B" w:rsidRDefault="00C74E84" w:rsidP="00F85B5B">
      <w:pPr>
        <w:spacing w:after="120"/>
        <w:rPr>
          <w:rFonts w:ascii="Calibri" w:hAnsi="Calibri" w:cs="Calibri"/>
        </w:rPr>
      </w:pPr>
      <w:proofErr w:type="spellStart"/>
      <w:r w:rsidRPr="00F85B5B">
        <w:rPr>
          <w:rFonts w:ascii="Calibri" w:hAnsi="Calibri" w:cs="Calibri"/>
        </w:rPr>
        <w:t>Representante</w:t>
      </w:r>
      <w:proofErr w:type="spellEnd"/>
      <w:r w:rsidRPr="00F85B5B">
        <w:rPr>
          <w:rFonts w:ascii="Calibri" w:hAnsi="Calibri" w:cs="Calibri"/>
        </w:rPr>
        <w:t xml:space="preserve"> Legal: ___________</w:t>
      </w:r>
      <w:r w:rsidR="00F85B5B">
        <w:rPr>
          <w:rFonts w:ascii="Calibri" w:hAnsi="Calibri" w:cs="Calibri"/>
        </w:rPr>
        <w:t>_______________________</w:t>
      </w:r>
      <w:r w:rsidRPr="00F85B5B">
        <w:rPr>
          <w:rFonts w:ascii="Calibri" w:hAnsi="Calibri" w:cs="Calibri"/>
        </w:rPr>
        <w:t>__________________________</w:t>
      </w:r>
    </w:p>
    <w:p w14:paraId="0EBAD92D" w14:textId="77777777" w:rsidR="00755F67" w:rsidRPr="00F85B5B" w:rsidRDefault="00C74E84">
      <w:pPr>
        <w:rPr>
          <w:rFonts w:ascii="Calibri" w:hAnsi="Calibri" w:cs="Calibri"/>
        </w:rPr>
      </w:pPr>
      <w:r w:rsidRPr="00F85B5B">
        <w:rPr>
          <w:rFonts w:ascii="Calibri" w:hAnsi="Calibri" w:cs="Calibri"/>
        </w:rPr>
        <w:t xml:space="preserve">A EMPRESA APRESENTA PROPOSTA PARA:  </w:t>
      </w:r>
      <w:r w:rsidRPr="00F85B5B">
        <w:rPr>
          <w:rFonts w:ascii="Segoe UI Symbol" w:hAnsi="Segoe UI Symbol" w:cs="Segoe UI Symbol"/>
        </w:rPr>
        <w:t>☐</w:t>
      </w:r>
      <w:r w:rsidRPr="00F85B5B">
        <w:rPr>
          <w:rFonts w:ascii="Calibri" w:hAnsi="Calibri" w:cs="Calibri"/>
        </w:rPr>
        <w:t xml:space="preserve"> Item 1   </w:t>
      </w:r>
      <w:r w:rsidRPr="00F85B5B">
        <w:rPr>
          <w:rFonts w:ascii="Segoe UI Symbol" w:hAnsi="Segoe UI Symbol" w:cs="Segoe UI Symbol"/>
        </w:rPr>
        <w:t>☐</w:t>
      </w:r>
      <w:r w:rsidRPr="00F85B5B">
        <w:rPr>
          <w:rFonts w:ascii="Calibri" w:hAnsi="Calibri" w:cs="Calibri"/>
        </w:rPr>
        <w:t xml:space="preserve"> Item 2   </w:t>
      </w:r>
      <w:r w:rsidRPr="00F85B5B">
        <w:rPr>
          <w:rFonts w:ascii="Segoe UI Symbol" w:hAnsi="Segoe UI Symbol" w:cs="Segoe UI Symbol"/>
        </w:rPr>
        <w:t>☐</w:t>
      </w:r>
      <w:r w:rsidRPr="00F85B5B">
        <w:rPr>
          <w:rFonts w:ascii="Calibri" w:hAnsi="Calibri" w:cs="Calibri"/>
        </w:rPr>
        <w:t xml:space="preserve"> Ambos </w:t>
      </w:r>
      <w:proofErr w:type="spellStart"/>
      <w:r w:rsidRPr="00F85B5B">
        <w:rPr>
          <w:rFonts w:ascii="Calibri" w:hAnsi="Calibri" w:cs="Calibri"/>
        </w:rPr>
        <w:t>os</w:t>
      </w:r>
      <w:proofErr w:type="spellEnd"/>
      <w:r w:rsidRPr="00F85B5B">
        <w:rPr>
          <w:rFonts w:ascii="Calibri" w:hAnsi="Calibri" w:cs="Calibri"/>
        </w:rPr>
        <w:t xml:space="preserve"> </w:t>
      </w:r>
      <w:proofErr w:type="spellStart"/>
      <w:r w:rsidRPr="00F85B5B">
        <w:rPr>
          <w:rFonts w:ascii="Calibri" w:hAnsi="Calibri" w:cs="Calibri"/>
        </w:rPr>
        <w:t>itens</w:t>
      </w:r>
      <w:proofErr w:type="spellEnd"/>
    </w:p>
    <w:p w14:paraId="0F6AF33F" w14:textId="327C787C" w:rsidR="00824C86" w:rsidRDefault="00C74E84" w:rsidP="00824C86">
      <w:pPr>
        <w:jc w:val="both"/>
        <w:rPr>
          <w:rFonts w:ascii="Calibri" w:hAnsi="Calibri" w:cs="Calibri"/>
        </w:rPr>
      </w:pPr>
      <w:proofErr w:type="spellStart"/>
      <w:r w:rsidRPr="00F85B5B">
        <w:rPr>
          <w:rFonts w:ascii="Calibri" w:hAnsi="Calibri" w:cs="Calibri"/>
        </w:rPr>
        <w:t>Observação</w:t>
      </w:r>
      <w:proofErr w:type="spellEnd"/>
      <w:r w:rsidRPr="00F85B5B">
        <w:rPr>
          <w:rFonts w:ascii="Calibri" w:hAnsi="Calibri" w:cs="Calibri"/>
        </w:rPr>
        <w:t xml:space="preserve">: As </w:t>
      </w:r>
      <w:proofErr w:type="spellStart"/>
      <w:r w:rsidRPr="00F85B5B">
        <w:rPr>
          <w:rFonts w:ascii="Calibri" w:hAnsi="Calibri" w:cs="Calibri"/>
        </w:rPr>
        <w:t>especificações</w:t>
      </w:r>
      <w:proofErr w:type="spellEnd"/>
      <w:r w:rsidRPr="00F85B5B">
        <w:rPr>
          <w:rFonts w:ascii="Calibri" w:hAnsi="Calibri" w:cs="Calibri"/>
        </w:rPr>
        <w:t xml:space="preserve"> </w:t>
      </w:r>
      <w:proofErr w:type="spellStart"/>
      <w:r w:rsidRPr="00F85B5B">
        <w:rPr>
          <w:rFonts w:ascii="Calibri" w:hAnsi="Calibri" w:cs="Calibri"/>
        </w:rPr>
        <w:t>abaixo</w:t>
      </w:r>
      <w:proofErr w:type="spellEnd"/>
      <w:r w:rsidRPr="00F85B5B">
        <w:rPr>
          <w:rFonts w:ascii="Calibri" w:hAnsi="Calibri" w:cs="Calibri"/>
        </w:rPr>
        <w:t xml:space="preserve"> </w:t>
      </w:r>
      <w:proofErr w:type="spellStart"/>
      <w:r w:rsidRPr="00F85B5B">
        <w:rPr>
          <w:rFonts w:ascii="Calibri" w:hAnsi="Calibri" w:cs="Calibri"/>
        </w:rPr>
        <w:t>são</w:t>
      </w:r>
      <w:proofErr w:type="spellEnd"/>
      <w:r w:rsidRPr="00F85B5B">
        <w:rPr>
          <w:rFonts w:ascii="Calibri" w:hAnsi="Calibri" w:cs="Calibri"/>
        </w:rPr>
        <w:t xml:space="preserve"> </w:t>
      </w:r>
      <w:proofErr w:type="spellStart"/>
      <w:r w:rsidRPr="00F85B5B">
        <w:rPr>
          <w:rFonts w:ascii="Calibri" w:hAnsi="Calibri" w:cs="Calibri"/>
        </w:rPr>
        <w:t>resumidas</w:t>
      </w:r>
      <w:proofErr w:type="spellEnd"/>
      <w:r w:rsidRPr="00F85B5B">
        <w:rPr>
          <w:rFonts w:ascii="Calibri" w:hAnsi="Calibri" w:cs="Calibri"/>
        </w:rPr>
        <w:t xml:space="preserve">. O </w:t>
      </w:r>
      <w:proofErr w:type="spellStart"/>
      <w:r w:rsidRPr="00F85B5B">
        <w:rPr>
          <w:rFonts w:ascii="Calibri" w:hAnsi="Calibri" w:cs="Calibri"/>
        </w:rPr>
        <w:t>fornecedor</w:t>
      </w:r>
      <w:proofErr w:type="spellEnd"/>
      <w:r w:rsidRPr="00F85B5B">
        <w:rPr>
          <w:rFonts w:ascii="Calibri" w:hAnsi="Calibri" w:cs="Calibri"/>
        </w:rPr>
        <w:t xml:space="preserve"> </w:t>
      </w:r>
      <w:proofErr w:type="spellStart"/>
      <w:r w:rsidRPr="00F85B5B">
        <w:rPr>
          <w:rFonts w:ascii="Calibri" w:hAnsi="Calibri" w:cs="Calibri"/>
        </w:rPr>
        <w:t>deverá</w:t>
      </w:r>
      <w:proofErr w:type="spellEnd"/>
      <w:r w:rsidRPr="00F85B5B">
        <w:rPr>
          <w:rFonts w:ascii="Calibri" w:hAnsi="Calibri" w:cs="Calibri"/>
        </w:rPr>
        <w:t xml:space="preserve"> </w:t>
      </w:r>
      <w:proofErr w:type="spellStart"/>
      <w:r w:rsidRPr="00F85B5B">
        <w:rPr>
          <w:rFonts w:ascii="Calibri" w:hAnsi="Calibri" w:cs="Calibri"/>
        </w:rPr>
        <w:t>observar</w:t>
      </w:r>
      <w:proofErr w:type="spellEnd"/>
      <w:r w:rsidRPr="00F85B5B">
        <w:rPr>
          <w:rFonts w:ascii="Calibri" w:hAnsi="Calibri" w:cs="Calibri"/>
        </w:rPr>
        <w:t xml:space="preserve"> </w:t>
      </w:r>
      <w:proofErr w:type="spellStart"/>
      <w:r w:rsidRPr="00F85B5B">
        <w:rPr>
          <w:rFonts w:ascii="Calibri" w:hAnsi="Calibri" w:cs="Calibri"/>
        </w:rPr>
        <w:t>integralmente</w:t>
      </w:r>
      <w:proofErr w:type="spellEnd"/>
      <w:r w:rsidRPr="00F85B5B">
        <w:rPr>
          <w:rFonts w:ascii="Calibri" w:hAnsi="Calibri" w:cs="Calibri"/>
        </w:rPr>
        <w:t xml:space="preserve"> as </w:t>
      </w:r>
      <w:proofErr w:type="spellStart"/>
      <w:r w:rsidRPr="00F85B5B">
        <w:rPr>
          <w:rFonts w:ascii="Calibri" w:hAnsi="Calibri" w:cs="Calibri"/>
        </w:rPr>
        <w:t>exigências</w:t>
      </w:r>
      <w:proofErr w:type="spellEnd"/>
      <w:r w:rsidRPr="00F85B5B">
        <w:rPr>
          <w:rFonts w:ascii="Calibri" w:hAnsi="Calibri" w:cs="Calibri"/>
        </w:rPr>
        <w:t xml:space="preserve"> </w:t>
      </w:r>
      <w:proofErr w:type="spellStart"/>
      <w:r w:rsidRPr="00F85B5B">
        <w:rPr>
          <w:rFonts w:ascii="Calibri" w:hAnsi="Calibri" w:cs="Calibri"/>
        </w:rPr>
        <w:t>constantes</w:t>
      </w:r>
      <w:proofErr w:type="spellEnd"/>
      <w:r w:rsidRPr="00F85B5B">
        <w:rPr>
          <w:rFonts w:ascii="Calibri" w:hAnsi="Calibri" w:cs="Calibri"/>
        </w:rPr>
        <w:t xml:space="preserve"> do </w:t>
      </w:r>
      <w:proofErr w:type="spellStart"/>
      <w:r w:rsidRPr="00F85B5B">
        <w:rPr>
          <w:rFonts w:ascii="Calibri" w:hAnsi="Calibri" w:cs="Calibri"/>
        </w:rPr>
        <w:t>Documento</w:t>
      </w:r>
      <w:proofErr w:type="spellEnd"/>
      <w:r w:rsidRPr="00F85B5B">
        <w:rPr>
          <w:rFonts w:ascii="Calibri" w:hAnsi="Calibri" w:cs="Calibri"/>
        </w:rPr>
        <w:t xml:space="preserve"> de </w:t>
      </w:r>
      <w:proofErr w:type="spellStart"/>
      <w:r w:rsidRPr="00F85B5B">
        <w:rPr>
          <w:rFonts w:ascii="Calibri" w:hAnsi="Calibri" w:cs="Calibri"/>
        </w:rPr>
        <w:t>Formalização</w:t>
      </w:r>
      <w:proofErr w:type="spellEnd"/>
      <w:r w:rsidRPr="00F85B5B">
        <w:rPr>
          <w:rFonts w:ascii="Calibri" w:hAnsi="Calibri" w:cs="Calibri"/>
        </w:rPr>
        <w:t xml:space="preserve"> da </w:t>
      </w:r>
      <w:proofErr w:type="spellStart"/>
      <w:r w:rsidRPr="00F85B5B">
        <w:rPr>
          <w:rFonts w:ascii="Calibri" w:hAnsi="Calibri" w:cs="Calibri"/>
        </w:rPr>
        <w:t>Demanda</w:t>
      </w:r>
      <w:proofErr w:type="spellEnd"/>
      <w:r w:rsidRPr="00F85B5B">
        <w:rPr>
          <w:rFonts w:ascii="Calibri" w:hAnsi="Calibri" w:cs="Calibri"/>
        </w:rPr>
        <w:t xml:space="preserve"> </w:t>
      </w:r>
      <w:proofErr w:type="spellStart"/>
      <w:r w:rsidRPr="00F85B5B">
        <w:rPr>
          <w:rFonts w:ascii="Calibri" w:hAnsi="Calibri" w:cs="Calibri"/>
        </w:rPr>
        <w:t>integrado</w:t>
      </w:r>
      <w:proofErr w:type="spellEnd"/>
      <w:r w:rsidRPr="00F85B5B">
        <w:rPr>
          <w:rFonts w:ascii="Calibri" w:hAnsi="Calibri" w:cs="Calibri"/>
        </w:rPr>
        <w:t xml:space="preserve"> </w:t>
      </w:r>
      <w:proofErr w:type="spellStart"/>
      <w:r w:rsidRPr="00F85B5B">
        <w:rPr>
          <w:rFonts w:ascii="Calibri" w:hAnsi="Calibri" w:cs="Calibri"/>
        </w:rPr>
        <w:t>ao</w:t>
      </w:r>
      <w:proofErr w:type="spellEnd"/>
      <w:r w:rsidRPr="00F85B5B">
        <w:rPr>
          <w:rFonts w:ascii="Calibri" w:hAnsi="Calibri" w:cs="Calibri"/>
        </w:rPr>
        <w:t xml:space="preserve"> </w:t>
      </w:r>
      <w:proofErr w:type="spellStart"/>
      <w:r w:rsidRPr="00F85B5B">
        <w:rPr>
          <w:rFonts w:ascii="Calibri" w:hAnsi="Calibri" w:cs="Calibri"/>
        </w:rPr>
        <w:t>Termo</w:t>
      </w:r>
      <w:proofErr w:type="spellEnd"/>
      <w:r w:rsidRPr="00F85B5B">
        <w:rPr>
          <w:rFonts w:ascii="Calibri" w:hAnsi="Calibri" w:cs="Calibri"/>
        </w:rPr>
        <w:t xml:space="preserve"> de </w:t>
      </w:r>
      <w:proofErr w:type="spellStart"/>
      <w:r w:rsidRPr="00F85B5B">
        <w:rPr>
          <w:rFonts w:ascii="Calibri" w:hAnsi="Calibri" w:cs="Calibri"/>
        </w:rPr>
        <w:t>Referência</w:t>
      </w:r>
      <w:proofErr w:type="spellEnd"/>
      <w:r w:rsidRPr="00F85B5B">
        <w:rPr>
          <w:rFonts w:ascii="Calibri" w:hAnsi="Calibri" w:cs="Calibri"/>
        </w:rPr>
        <w:t xml:space="preserve"> </w:t>
      </w:r>
      <w:proofErr w:type="spellStart"/>
      <w:r w:rsidRPr="00F85B5B">
        <w:rPr>
          <w:rFonts w:ascii="Calibri" w:hAnsi="Calibri" w:cs="Calibri"/>
        </w:rPr>
        <w:t>Simplificado</w:t>
      </w:r>
      <w:proofErr w:type="spellEnd"/>
      <w:r w:rsidRPr="00F85B5B">
        <w:rPr>
          <w:rFonts w:ascii="Calibri" w:hAnsi="Calibri" w:cs="Calibri"/>
        </w:rPr>
        <w:t xml:space="preserve">, do </w:t>
      </w:r>
      <w:proofErr w:type="spellStart"/>
      <w:r w:rsidRPr="00F85B5B">
        <w:rPr>
          <w:rFonts w:ascii="Calibri" w:hAnsi="Calibri" w:cs="Calibri"/>
        </w:rPr>
        <w:t>Estudo</w:t>
      </w:r>
      <w:proofErr w:type="spellEnd"/>
      <w:r w:rsidRPr="00F85B5B">
        <w:rPr>
          <w:rFonts w:ascii="Calibri" w:hAnsi="Calibri" w:cs="Calibri"/>
        </w:rPr>
        <w:t xml:space="preserve"> Técnico </w:t>
      </w:r>
      <w:proofErr w:type="spellStart"/>
      <w:r w:rsidRPr="00F85B5B">
        <w:rPr>
          <w:rFonts w:ascii="Calibri" w:hAnsi="Calibri" w:cs="Calibri"/>
        </w:rPr>
        <w:t>Preliminar</w:t>
      </w:r>
      <w:proofErr w:type="spellEnd"/>
      <w:r w:rsidRPr="00F85B5B">
        <w:rPr>
          <w:rFonts w:ascii="Calibri" w:hAnsi="Calibri" w:cs="Calibri"/>
        </w:rPr>
        <w:t xml:space="preserve"> e do Aviso de </w:t>
      </w:r>
      <w:proofErr w:type="spellStart"/>
      <w:r w:rsidRPr="00F85B5B">
        <w:rPr>
          <w:rFonts w:ascii="Calibri" w:hAnsi="Calibri" w:cs="Calibri"/>
        </w:rPr>
        <w:t>Intenção</w:t>
      </w:r>
      <w:proofErr w:type="spellEnd"/>
      <w:r w:rsidRPr="00F85B5B">
        <w:rPr>
          <w:rFonts w:ascii="Calibri" w:hAnsi="Calibri" w:cs="Calibri"/>
        </w:rPr>
        <w:t xml:space="preserve"> de </w:t>
      </w:r>
      <w:proofErr w:type="spellStart"/>
      <w:r w:rsidRPr="00F85B5B">
        <w:rPr>
          <w:rFonts w:ascii="Calibri" w:hAnsi="Calibri" w:cs="Calibri"/>
        </w:rPr>
        <w:t>Contratação</w:t>
      </w:r>
      <w:proofErr w:type="spellEnd"/>
      <w:r w:rsidRPr="00F85B5B">
        <w:rPr>
          <w:rFonts w:ascii="Calibri" w:hAnsi="Calibri" w:cs="Calibri"/>
        </w:rPr>
        <w:t>.</w:t>
      </w:r>
    </w:p>
    <w:tbl>
      <w:tblPr>
        <w:tblStyle w:val="Tabelacomgrade"/>
        <w:tblW w:w="9805" w:type="dxa"/>
        <w:tblLook w:val="04A0" w:firstRow="1" w:lastRow="0" w:firstColumn="1" w:lastColumn="0" w:noHBand="0" w:noVBand="1"/>
      </w:tblPr>
      <w:tblGrid>
        <w:gridCol w:w="666"/>
        <w:gridCol w:w="1363"/>
        <w:gridCol w:w="1610"/>
        <w:gridCol w:w="1750"/>
        <w:gridCol w:w="1716"/>
        <w:gridCol w:w="1320"/>
        <w:gridCol w:w="1380"/>
      </w:tblGrid>
      <w:tr w:rsidR="00824C86" w14:paraId="7A38F88C" w14:textId="77777777" w:rsidTr="003F1457">
        <w:tc>
          <w:tcPr>
            <w:tcW w:w="666" w:type="dxa"/>
          </w:tcPr>
          <w:p w14:paraId="3C6925F2" w14:textId="77777777" w:rsidR="00824C86" w:rsidRDefault="00824C86" w:rsidP="003F1457">
            <w:r>
              <w:t xml:space="preserve">Item </w:t>
            </w:r>
          </w:p>
        </w:tc>
        <w:tc>
          <w:tcPr>
            <w:tcW w:w="1363" w:type="dxa"/>
          </w:tcPr>
          <w:p w14:paraId="28E17EDF" w14:textId="77777777" w:rsidR="00824C86" w:rsidRDefault="00824C86" w:rsidP="003F1457">
            <w:proofErr w:type="spellStart"/>
            <w:r>
              <w:t>Quantidade</w:t>
            </w:r>
            <w:proofErr w:type="spellEnd"/>
          </w:p>
        </w:tc>
        <w:tc>
          <w:tcPr>
            <w:tcW w:w="1610" w:type="dxa"/>
          </w:tcPr>
          <w:p w14:paraId="6DCCEF33" w14:textId="77777777" w:rsidR="00824C86" w:rsidRDefault="00824C86" w:rsidP="003F1457">
            <w:proofErr w:type="spellStart"/>
            <w:r>
              <w:t>Especificações</w:t>
            </w:r>
            <w:proofErr w:type="spellEnd"/>
          </w:p>
        </w:tc>
        <w:tc>
          <w:tcPr>
            <w:tcW w:w="1750" w:type="dxa"/>
          </w:tcPr>
          <w:p w14:paraId="6A016E96" w14:textId="77777777" w:rsidR="00824C86" w:rsidRDefault="00824C86" w:rsidP="003F1457">
            <w:r>
              <w:t>Marca</w:t>
            </w:r>
          </w:p>
        </w:tc>
        <w:tc>
          <w:tcPr>
            <w:tcW w:w="1716" w:type="dxa"/>
          </w:tcPr>
          <w:p w14:paraId="53FC6275" w14:textId="77777777" w:rsidR="00824C86" w:rsidRDefault="00824C86" w:rsidP="003F1457">
            <w:r>
              <w:t>Modelo</w:t>
            </w:r>
          </w:p>
        </w:tc>
        <w:tc>
          <w:tcPr>
            <w:tcW w:w="1320" w:type="dxa"/>
          </w:tcPr>
          <w:p w14:paraId="145A06E9" w14:textId="77777777" w:rsidR="00824C86" w:rsidRDefault="00824C86" w:rsidP="003F1457">
            <w:r>
              <w:t xml:space="preserve">Valor </w:t>
            </w:r>
            <w:proofErr w:type="spellStart"/>
            <w:r>
              <w:t>Unitário</w:t>
            </w:r>
            <w:proofErr w:type="spellEnd"/>
          </w:p>
        </w:tc>
        <w:tc>
          <w:tcPr>
            <w:tcW w:w="1380" w:type="dxa"/>
          </w:tcPr>
          <w:p w14:paraId="5CC7DB67" w14:textId="77777777" w:rsidR="00824C86" w:rsidRDefault="00824C86" w:rsidP="003F1457">
            <w:r>
              <w:t>Valor total</w:t>
            </w:r>
          </w:p>
        </w:tc>
      </w:tr>
      <w:tr w:rsidR="00824C86" w14:paraId="37165BEF" w14:textId="77777777" w:rsidTr="003F1457">
        <w:tc>
          <w:tcPr>
            <w:tcW w:w="666" w:type="dxa"/>
          </w:tcPr>
          <w:p w14:paraId="76A415E8" w14:textId="77777777" w:rsidR="00824C86" w:rsidRDefault="00824C86" w:rsidP="003F1457">
            <w:r>
              <w:t>1</w:t>
            </w:r>
          </w:p>
        </w:tc>
        <w:tc>
          <w:tcPr>
            <w:tcW w:w="1363" w:type="dxa"/>
          </w:tcPr>
          <w:p w14:paraId="0FE959A6" w14:textId="77777777" w:rsidR="00824C86" w:rsidRDefault="00824C86" w:rsidP="003F1457">
            <w:r>
              <w:t>01</w:t>
            </w:r>
          </w:p>
        </w:tc>
        <w:tc>
          <w:tcPr>
            <w:tcW w:w="1610" w:type="dxa"/>
          </w:tcPr>
          <w:p w14:paraId="0620EC3B" w14:textId="77777777" w:rsidR="00824C86" w:rsidRDefault="00824C86" w:rsidP="003F1457">
            <w:proofErr w:type="spellStart"/>
            <w:r w:rsidRPr="00F85B5B">
              <w:rPr>
                <w:rFonts w:ascii="Calibri" w:hAnsi="Calibri" w:cs="Calibri"/>
              </w:rPr>
              <w:t>Ar-condicionado</w:t>
            </w:r>
            <w:proofErr w:type="spellEnd"/>
            <w:r w:rsidRPr="00F85B5B">
              <w:rPr>
                <w:rFonts w:ascii="Calibri" w:hAnsi="Calibri" w:cs="Calibri"/>
              </w:rPr>
              <w:t xml:space="preserve"> </w:t>
            </w:r>
            <w:proofErr w:type="spellStart"/>
            <w:r w:rsidRPr="00F85B5B">
              <w:rPr>
                <w:rFonts w:ascii="Calibri" w:hAnsi="Calibri" w:cs="Calibri"/>
              </w:rPr>
              <w:t>tipo</w:t>
            </w:r>
            <w:proofErr w:type="spellEnd"/>
            <w:r w:rsidRPr="00F85B5B">
              <w:rPr>
                <w:rFonts w:ascii="Calibri" w:hAnsi="Calibri" w:cs="Calibri"/>
              </w:rPr>
              <w:t xml:space="preserve"> Split Piso-Teto, 57.000 a 60.000 BTU/h, </w:t>
            </w:r>
            <w:proofErr w:type="spellStart"/>
            <w:r w:rsidRPr="00F85B5B">
              <w:rPr>
                <w:rFonts w:ascii="Calibri" w:hAnsi="Calibri" w:cs="Calibri"/>
              </w:rPr>
              <w:t>quente</w:t>
            </w:r>
            <w:proofErr w:type="spellEnd"/>
            <w:r w:rsidRPr="00F85B5B">
              <w:rPr>
                <w:rFonts w:ascii="Calibri" w:hAnsi="Calibri" w:cs="Calibri"/>
              </w:rPr>
              <w:t>/</w:t>
            </w:r>
            <w:proofErr w:type="spellStart"/>
            <w:r w:rsidRPr="00F85B5B">
              <w:rPr>
                <w:rFonts w:ascii="Calibri" w:hAnsi="Calibri" w:cs="Calibri"/>
              </w:rPr>
              <w:t>frio</w:t>
            </w:r>
            <w:proofErr w:type="spellEnd"/>
            <w:r w:rsidRPr="00F85B5B">
              <w:rPr>
                <w:rFonts w:ascii="Calibri" w:hAnsi="Calibri" w:cs="Calibri"/>
              </w:rPr>
              <w:t>, Inverter.</w:t>
            </w:r>
          </w:p>
        </w:tc>
        <w:tc>
          <w:tcPr>
            <w:tcW w:w="1750" w:type="dxa"/>
          </w:tcPr>
          <w:p w14:paraId="38134C61" w14:textId="77777777" w:rsidR="00824C86" w:rsidRDefault="00824C86" w:rsidP="003F1457"/>
        </w:tc>
        <w:tc>
          <w:tcPr>
            <w:tcW w:w="1716" w:type="dxa"/>
          </w:tcPr>
          <w:p w14:paraId="576600E0" w14:textId="77777777" w:rsidR="00824C86" w:rsidRDefault="00824C86" w:rsidP="003F1457"/>
        </w:tc>
        <w:tc>
          <w:tcPr>
            <w:tcW w:w="1320" w:type="dxa"/>
          </w:tcPr>
          <w:p w14:paraId="7F3C70D5" w14:textId="77777777" w:rsidR="00824C86" w:rsidRDefault="00824C86" w:rsidP="003F1457">
            <w:r>
              <w:t>R$</w:t>
            </w:r>
          </w:p>
        </w:tc>
        <w:tc>
          <w:tcPr>
            <w:tcW w:w="1380" w:type="dxa"/>
          </w:tcPr>
          <w:p w14:paraId="4CC184F4" w14:textId="77777777" w:rsidR="00824C86" w:rsidRDefault="00824C86" w:rsidP="003F1457">
            <w:r>
              <w:t>R$</w:t>
            </w:r>
          </w:p>
        </w:tc>
      </w:tr>
      <w:tr w:rsidR="00824C86" w14:paraId="3CA6B5A3" w14:textId="77777777" w:rsidTr="003F1457">
        <w:tc>
          <w:tcPr>
            <w:tcW w:w="666" w:type="dxa"/>
          </w:tcPr>
          <w:p w14:paraId="6FD1AAC0" w14:textId="77777777" w:rsidR="00824C86" w:rsidRDefault="00824C86" w:rsidP="003F1457">
            <w:r>
              <w:t>2</w:t>
            </w:r>
          </w:p>
        </w:tc>
        <w:tc>
          <w:tcPr>
            <w:tcW w:w="1363" w:type="dxa"/>
          </w:tcPr>
          <w:p w14:paraId="59907A2A" w14:textId="77777777" w:rsidR="00824C86" w:rsidRDefault="00824C86" w:rsidP="003F1457">
            <w:r>
              <w:t>01</w:t>
            </w:r>
          </w:p>
        </w:tc>
        <w:tc>
          <w:tcPr>
            <w:tcW w:w="1610" w:type="dxa"/>
          </w:tcPr>
          <w:p w14:paraId="16AB8530" w14:textId="77777777" w:rsidR="00824C86" w:rsidRDefault="00824C86" w:rsidP="003F1457">
            <w:proofErr w:type="spellStart"/>
            <w:r w:rsidRPr="00F85B5B">
              <w:rPr>
                <w:rFonts w:ascii="Calibri" w:hAnsi="Calibri" w:cs="Calibri"/>
              </w:rPr>
              <w:t>Ar-condicionado</w:t>
            </w:r>
            <w:proofErr w:type="spellEnd"/>
            <w:r w:rsidRPr="00F85B5B">
              <w:rPr>
                <w:rFonts w:ascii="Calibri" w:hAnsi="Calibri" w:cs="Calibri"/>
              </w:rPr>
              <w:t xml:space="preserve"> </w:t>
            </w:r>
            <w:proofErr w:type="spellStart"/>
            <w:r w:rsidRPr="00F85B5B">
              <w:rPr>
                <w:rFonts w:ascii="Calibri" w:hAnsi="Calibri" w:cs="Calibri"/>
              </w:rPr>
              <w:t>tipo</w:t>
            </w:r>
            <w:proofErr w:type="spellEnd"/>
            <w:r w:rsidRPr="00F85B5B">
              <w:rPr>
                <w:rFonts w:ascii="Calibri" w:hAnsi="Calibri" w:cs="Calibri"/>
              </w:rPr>
              <w:t xml:space="preserve"> Split Hi-Wall, </w:t>
            </w:r>
            <w:proofErr w:type="spellStart"/>
            <w:r w:rsidRPr="00F85B5B">
              <w:rPr>
                <w:rFonts w:ascii="Calibri" w:hAnsi="Calibri" w:cs="Calibri"/>
              </w:rPr>
              <w:t>mínimo</w:t>
            </w:r>
            <w:proofErr w:type="spellEnd"/>
            <w:r w:rsidRPr="00F85B5B">
              <w:rPr>
                <w:rFonts w:ascii="Calibri" w:hAnsi="Calibri" w:cs="Calibri"/>
              </w:rPr>
              <w:t xml:space="preserve"> 24.000 BTU/h, </w:t>
            </w:r>
            <w:proofErr w:type="spellStart"/>
            <w:r w:rsidRPr="00F85B5B">
              <w:rPr>
                <w:rFonts w:ascii="Calibri" w:hAnsi="Calibri" w:cs="Calibri"/>
              </w:rPr>
              <w:t>quente</w:t>
            </w:r>
            <w:proofErr w:type="spellEnd"/>
            <w:r w:rsidRPr="00F85B5B">
              <w:rPr>
                <w:rFonts w:ascii="Calibri" w:hAnsi="Calibri" w:cs="Calibri"/>
              </w:rPr>
              <w:t>/</w:t>
            </w:r>
            <w:proofErr w:type="spellStart"/>
            <w:r w:rsidRPr="00F85B5B">
              <w:rPr>
                <w:rFonts w:ascii="Calibri" w:hAnsi="Calibri" w:cs="Calibri"/>
              </w:rPr>
              <w:t>frio</w:t>
            </w:r>
            <w:proofErr w:type="spellEnd"/>
            <w:r w:rsidRPr="00F85B5B">
              <w:rPr>
                <w:rFonts w:ascii="Calibri" w:hAnsi="Calibri" w:cs="Calibri"/>
              </w:rPr>
              <w:t>, Inverter.</w:t>
            </w:r>
          </w:p>
        </w:tc>
        <w:tc>
          <w:tcPr>
            <w:tcW w:w="1750" w:type="dxa"/>
          </w:tcPr>
          <w:p w14:paraId="4D213371" w14:textId="77777777" w:rsidR="00824C86" w:rsidRDefault="00824C86" w:rsidP="003F1457"/>
        </w:tc>
        <w:tc>
          <w:tcPr>
            <w:tcW w:w="1716" w:type="dxa"/>
          </w:tcPr>
          <w:p w14:paraId="0DBF47F3" w14:textId="77777777" w:rsidR="00824C86" w:rsidRDefault="00824C86" w:rsidP="003F1457"/>
        </w:tc>
        <w:tc>
          <w:tcPr>
            <w:tcW w:w="1320" w:type="dxa"/>
          </w:tcPr>
          <w:p w14:paraId="7E37FD34" w14:textId="77777777" w:rsidR="00824C86" w:rsidRDefault="00824C86" w:rsidP="003F1457">
            <w:r>
              <w:t>R$</w:t>
            </w:r>
          </w:p>
        </w:tc>
        <w:tc>
          <w:tcPr>
            <w:tcW w:w="1380" w:type="dxa"/>
          </w:tcPr>
          <w:p w14:paraId="44F9C27B" w14:textId="77777777" w:rsidR="00824C86" w:rsidRDefault="00824C86" w:rsidP="003F1457">
            <w:r>
              <w:t>R$</w:t>
            </w:r>
          </w:p>
        </w:tc>
      </w:tr>
    </w:tbl>
    <w:p w14:paraId="19E334B1" w14:textId="77777777" w:rsidR="00824C86" w:rsidRDefault="00824C86">
      <w:pPr>
        <w:rPr>
          <w:rFonts w:ascii="Calibri" w:hAnsi="Calibri" w:cs="Calibri"/>
        </w:rPr>
      </w:pPr>
    </w:p>
    <w:p w14:paraId="759EF166" w14:textId="77777777" w:rsidR="00824C86" w:rsidRPr="00F85B5B" w:rsidRDefault="00824C86" w:rsidP="00824C86">
      <w:pPr>
        <w:rPr>
          <w:rFonts w:ascii="Calibri" w:hAnsi="Calibri" w:cs="Calibri"/>
        </w:rPr>
      </w:pPr>
      <w:r w:rsidRPr="00F85B5B">
        <w:rPr>
          <w:rFonts w:ascii="Calibri" w:hAnsi="Calibri" w:cs="Calibri"/>
        </w:rPr>
        <w:t xml:space="preserve">Valor Global da </w:t>
      </w:r>
      <w:proofErr w:type="spellStart"/>
      <w:r w:rsidRPr="00F85B5B">
        <w:rPr>
          <w:rFonts w:ascii="Calibri" w:hAnsi="Calibri" w:cs="Calibri"/>
        </w:rPr>
        <w:t>Proposta</w:t>
      </w:r>
      <w:proofErr w:type="spellEnd"/>
      <w:r w:rsidRPr="00F85B5B">
        <w:rPr>
          <w:rFonts w:ascii="Calibri" w:hAnsi="Calibri" w:cs="Calibri"/>
        </w:rPr>
        <w:t xml:space="preserve"> (</w:t>
      </w:r>
      <w:proofErr w:type="spellStart"/>
      <w:r w:rsidRPr="00F85B5B">
        <w:rPr>
          <w:rFonts w:ascii="Calibri" w:hAnsi="Calibri" w:cs="Calibri"/>
        </w:rPr>
        <w:t>itens</w:t>
      </w:r>
      <w:proofErr w:type="spellEnd"/>
      <w:r w:rsidRPr="00F85B5B">
        <w:rPr>
          <w:rFonts w:ascii="Calibri" w:hAnsi="Calibri" w:cs="Calibri"/>
        </w:rPr>
        <w:t xml:space="preserve"> </w:t>
      </w:r>
      <w:proofErr w:type="spellStart"/>
      <w:r w:rsidRPr="00F85B5B">
        <w:rPr>
          <w:rFonts w:ascii="Calibri" w:hAnsi="Calibri" w:cs="Calibri"/>
        </w:rPr>
        <w:t>cotados</w:t>
      </w:r>
      <w:proofErr w:type="spellEnd"/>
      <w:r w:rsidRPr="00F85B5B">
        <w:rPr>
          <w:rFonts w:ascii="Calibri" w:hAnsi="Calibri" w:cs="Calibri"/>
        </w:rPr>
        <w:t>): R$ __________________</w:t>
      </w:r>
    </w:p>
    <w:p w14:paraId="6D9FD1C2" w14:textId="77777777" w:rsidR="00824C86" w:rsidRPr="00F85B5B" w:rsidRDefault="00824C86" w:rsidP="00824C86">
      <w:pPr>
        <w:rPr>
          <w:rFonts w:ascii="Calibri" w:hAnsi="Calibri" w:cs="Calibri"/>
        </w:rPr>
      </w:pPr>
      <w:proofErr w:type="spellStart"/>
      <w:r w:rsidRPr="00F85B5B">
        <w:rPr>
          <w:rFonts w:ascii="Calibri" w:hAnsi="Calibri" w:cs="Calibri"/>
        </w:rPr>
        <w:lastRenderedPageBreak/>
        <w:t>Prazo</w:t>
      </w:r>
      <w:proofErr w:type="spellEnd"/>
      <w:r w:rsidRPr="00F85B5B">
        <w:rPr>
          <w:rFonts w:ascii="Calibri" w:hAnsi="Calibri" w:cs="Calibri"/>
        </w:rPr>
        <w:t xml:space="preserve"> de Entrega: ______ </w:t>
      </w:r>
      <w:proofErr w:type="spellStart"/>
      <w:r w:rsidRPr="00F85B5B">
        <w:rPr>
          <w:rFonts w:ascii="Calibri" w:hAnsi="Calibri" w:cs="Calibri"/>
        </w:rPr>
        <w:t>dias</w:t>
      </w:r>
      <w:proofErr w:type="spellEnd"/>
      <w:r w:rsidRPr="00F85B5B">
        <w:rPr>
          <w:rFonts w:ascii="Calibri" w:hAnsi="Calibri" w:cs="Calibri"/>
        </w:rPr>
        <w:t xml:space="preserve"> </w:t>
      </w:r>
      <w:proofErr w:type="spellStart"/>
      <w:r w:rsidRPr="00F85B5B">
        <w:rPr>
          <w:rFonts w:ascii="Calibri" w:hAnsi="Calibri" w:cs="Calibri"/>
        </w:rPr>
        <w:t>úteis</w:t>
      </w:r>
      <w:proofErr w:type="spellEnd"/>
      <w:r w:rsidRPr="00F85B5B">
        <w:rPr>
          <w:rFonts w:ascii="Calibri" w:hAnsi="Calibri" w:cs="Calibri"/>
        </w:rPr>
        <w:t>.</w:t>
      </w:r>
    </w:p>
    <w:p w14:paraId="6CBEFA8D" w14:textId="36428F33" w:rsidR="00824C86" w:rsidRPr="00F85B5B" w:rsidRDefault="00824C86">
      <w:pPr>
        <w:rPr>
          <w:rFonts w:ascii="Calibri" w:hAnsi="Calibri" w:cs="Calibri"/>
        </w:rPr>
      </w:pPr>
      <w:proofErr w:type="spellStart"/>
      <w:r w:rsidRPr="00F85B5B">
        <w:rPr>
          <w:rFonts w:ascii="Calibri" w:hAnsi="Calibri" w:cs="Calibri"/>
        </w:rPr>
        <w:t>Validade</w:t>
      </w:r>
      <w:proofErr w:type="spellEnd"/>
      <w:r w:rsidRPr="00F85B5B">
        <w:rPr>
          <w:rFonts w:ascii="Calibri" w:hAnsi="Calibri" w:cs="Calibri"/>
        </w:rPr>
        <w:t xml:space="preserve"> da </w:t>
      </w:r>
      <w:proofErr w:type="spellStart"/>
      <w:r w:rsidRPr="00F85B5B">
        <w:rPr>
          <w:rFonts w:ascii="Calibri" w:hAnsi="Calibri" w:cs="Calibri"/>
        </w:rPr>
        <w:t>Proposta</w:t>
      </w:r>
      <w:proofErr w:type="spellEnd"/>
      <w:r w:rsidRPr="00F85B5B">
        <w:rPr>
          <w:rFonts w:ascii="Calibri" w:hAnsi="Calibri" w:cs="Calibri"/>
        </w:rPr>
        <w:t xml:space="preserve">: ______ </w:t>
      </w:r>
      <w:proofErr w:type="spellStart"/>
      <w:r w:rsidRPr="00F85B5B">
        <w:rPr>
          <w:rFonts w:ascii="Calibri" w:hAnsi="Calibri" w:cs="Calibri"/>
        </w:rPr>
        <w:t>dias</w:t>
      </w:r>
      <w:proofErr w:type="spellEnd"/>
      <w:r w:rsidRPr="00F85B5B">
        <w:rPr>
          <w:rFonts w:ascii="Calibri" w:hAnsi="Calibri" w:cs="Calibri"/>
        </w:rPr>
        <w:t xml:space="preserve"> (</w:t>
      </w:r>
      <w:proofErr w:type="spellStart"/>
      <w:r w:rsidRPr="00F85B5B">
        <w:rPr>
          <w:rFonts w:ascii="Calibri" w:hAnsi="Calibri" w:cs="Calibri"/>
        </w:rPr>
        <w:t>mínimo</w:t>
      </w:r>
      <w:proofErr w:type="spellEnd"/>
      <w:r w:rsidRPr="00F85B5B">
        <w:rPr>
          <w:rFonts w:ascii="Calibri" w:hAnsi="Calibri" w:cs="Calibri"/>
        </w:rPr>
        <w:t xml:space="preserve"> de 60 </w:t>
      </w:r>
      <w:proofErr w:type="spellStart"/>
      <w:r w:rsidRPr="00F85B5B">
        <w:rPr>
          <w:rFonts w:ascii="Calibri" w:hAnsi="Calibri" w:cs="Calibri"/>
        </w:rPr>
        <w:t>dias</w:t>
      </w:r>
      <w:proofErr w:type="spellEnd"/>
      <w:r w:rsidRPr="00F85B5B">
        <w:rPr>
          <w:rFonts w:ascii="Calibri" w:hAnsi="Calibri" w:cs="Calibri"/>
        </w:rPr>
        <w:t>).</w:t>
      </w:r>
    </w:p>
    <w:p w14:paraId="21579A22" w14:textId="77777777" w:rsidR="00755F67" w:rsidRPr="00F85B5B" w:rsidRDefault="00C74E84">
      <w:pPr>
        <w:pStyle w:val="Ttulo3"/>
        <w:rPr>
          <w:rFonts w:ascii="Calibri" w:hAnsi="Calibri" w:cs="Calibri"/>
        </w:rPr>
      </w:pPr>
      <w:r w:rsidRPr="00F85B5B">
        <w:rPr>
          <w:rFonts w:ascii="Calibri" w:hAnsi="Calibri" w:cs="Calibri"/>
          <w:color w:val="auto"/>
        </w:rPr>
        <w:t>DECLARAÇÃO</w:t>
      </w:r>
    </w:p>
    <w:p w14:paraId="38C0C6F8" w14:textId="77777777" w:rsidR="00755F67" w:rsidRPr="00F85B5B" w:rsidRDefault="00C74E84" w:rsidP="002D4FE0">
      <w:pPr>
        <w:spacing w:after="0"/>
        <w:jc w:val="both"/>
        <w:rPr>
          <w:rFonts w:ascii="Calibri" w:hAnsi="Calibri" w:cs="Calibri"/>
        </w:rPr>
      </w:pPr>
      <w:r w:rsidRPr="00F85B5B">
        <w:rPr>
          <w:rFonts w:ascii="Calibri" w:hAnsi="Calibri" w:cs="Calibri"/>
        </w:rPr>
        <w:t xml:space="preserve">1. </w:t>
      </w:r>
      <w:proofErr w:type="spellStart"/>
      <w:r w:rsidRPr="00F85B5B">
        <w:rPr>
          <w:rFonts w:ascii="Calibri" w:hAnsi="Calibri" w:cs="Calibri"/>
        </w:rPr>
        <w:t>Conhece</w:t>
      </w:r>
      <w:proofErr w:type="spellEnd"/>
      <w:r w:rsidRPr="00F85B5B">
        <w:rPr>
          <w:rFonts w:ascii="Calibri" w:hAnsi="Calibri" w:cs="Calibri"/>
        </w:rPr>
        <w:t xml:space="preserve"> </w:t>
      </w:r>
      <w:proofErr w:type="spellStart"/>
      <w:r w:rsidRPr="00F85B5B">
        <w:rPr>
          <w:rFonts w:ascii="Calibri" w:hAnsi="Calibri" w:cs="Calibri"/>
        </w:rPr>
        <w:t>integralmente</w:t>
      </w:r>
      <w:proofErr w:type="spellEnd"/>
      <w:r w:rsidRPr="00F85B5B">
        <w:rPr>
          <w:rFonts w:ascii="Calibri" w:hAnsi="Calibri" w:cs="Calibri"/>
        </w:rPr>
        <w:t xml:space="preserve"> o Aviso, o DFD/TR </w:t>
      </w:r>
      <w:proofErr w:type="spellStart"/>
      <w:r w:rsidRPr="00F85B5B">
        <w:rPr>
          <w:rFonts w:ascii="Calibri" w:hAnsi="Calibri" w:cs="Calibri"/>
        </w:rPr>
        <w:t>Simplificado</w:t>
      </w:r>
      <w:proofErr w:type="spellEnd"/>
      <w:r w:rsidRPr="00F85B5B">
        <w:rPr>
          <w:rFonts w:ascii="Calibri" w:hAnsi="Calibri" w:cs="Calibri"/>
        </w:rPr>
        <w:t xml:space="preserve">, o ETP e </w:t>
      </w:r>
      <w:proofErr w:type="spellStart"/>
      <w:r w:rsidRPr="00F85B5B">
        <w:rPr>
          <w:rFonts w:ascii="Calibri" w:hAnsi="Calibri" w:cs="Calibri"/>
        </w:rPr>
        <w:t>seus</w:t>
      </w:r>
      <w:proofErr w:type="spellEnd"/>
      <w:r w:rsidRPr="00F85B5B">
        <w:rPr>
          <w:rFonts w:ascii="Calibri" w:hAnsi="Calibri" w:cs="Calibri"/>
        </w:rPr>
        <w:t xml:space="preserve"> </w:t>
      </w:r>
      <w:proofErr w:type="spellStart"/>
      <w:r w:rsidRPr="00F85B5B">
        <w:rPr>
          <w:rFonts w:ascii="Calibri" w:hAnsi="Calibri" w:cs="Calibri"/>
        </w:rPr>
        <w:t>anexos</w:t>
      </w:r>
      <w:proofErr w:type="spellEnd"/>
      <w:r w:rsidRPr="00F85B5B">
        <w:rPr>
          <w:rFonts w:ascii="Calibri" w:hAnsi="Calibri" w:cs="Calibri"/>
        </w:rPr>
        <w:t>.</w:t>
      </w:r>
    </w:p>
    <w:p w14:paraId="569DEFE9" w14:textId="77777777" w:rsidR="00755F67" w:rsidRPr="00F85B5B" w:rsidRDefault="00C74E84" w:rsidP="002D4FE0">
      <w:pPr>
        <w:spacing w:after="0"/>
        <w:jc w:val="both"/>
        <w:rPr>
          <w:rFonts w:ascii="Calibri" w:hAnsi="Calibri" w:cs="Calibri"/>
        </w:rPr>
      </w:pPr>
      <w:r w:rsidRPr="00F85B5B">
        <w:rPr>
          <w:rFonts w:ascii="Calibri" w:hAnsi="Calibri" w:cs="Calibri"/>
        </w:rPr>
        <w:t xml:space="preserve">2. A </w:t>
      </w:r>
      <w:proofErr w:type="spellStart"/>
      <w:r w:rsidRPr="00F85B5B">
        <w:rPr>
          <w:rFonts w:ascii="Calibri" w:hAnsi="Calibri" w:cs="Calibri"/>
        </w:rPr>
        <w:t>proposta</w:t>
      </w:r>
      <w:proofErr w:type="spellEnd"/>
      <w:r w:rsidRPr="00F85B5B">
        <w:rPr>
          <w:rFonts w:ascii="Calibri" w:hAnsi="Calibri" w:cs="Calibri"/>
        </w:rPr>
        <w:t xml:space="preserve"> </w:t>
      </w:r>
      <w:proofErr w:type="spellStart"/>
      <w:r w:rsidRPr="00F85B5B">
        <w:rPr>
          <w:rFonts w:ascii="Calibri" w:hAnsi="Calibri" w:cs="Calibri"/>
        </w:rPr>
        <w:t>atende</w:t>
      </w:r>
      <w:proofErr w:type="spellEnd"/>
      <w:r w:rsidRPr="00F85B5B">
        <w:rPr>
          <w:rFonts w:ascii="Calibri" w:hAnsi="Calibri" w:cs="Calibri"/>
        </w:rPr>
        <w:t xml:space="preserve"> </w:t>
      </w:r>
      <w:proofErr w:type="spellStart"/>
      <w:r w:rsidRPr="00F85B5B">
        <w:rPr>
          <w:rFonts w:ascii="Calibri" w:hAnsi="Calibri" w:cs="Calibri"/>
        </w:rPr>
        <w:t>integralmente</w:t>
      </w:r>
      <w:proofErr w:type="spellEnd"/>
      <w:r w:rsidRPr="00F85B5B">
        <w:rPr>
          <w:rFonts w:ascii="Calibri" w:hAnsi="Calibri" w:cs="Calibri"/>
        </w:rPr>
        <w:t xml:space="preserve"> </w:t>
      </w:r>
      <w:proofErr w:type="spellStart"/>
      <w:r w:rsidRPr="00F85B5B">
        <w:rPr>
          <w:rFonts w:ascii="Calibri" w:hAnsi="Calibri" w:cs="Calibri"/>
        </w:rPr>
        <w:t>às</w:t>
      </w:r>
      <w:proofErr w:type="spellEnd"/>
      <w:r w:rsidRPr="00F85B5B">
        <w:rPr>
          <w:rFonts w:ascii="Calibri" w:hAnsi="Calibri" w:cs="Calibri"/>
        </w:rPr>
        <w:t xml:space="preserve"> </w:t>
      </w:r>
      <w:proofErr w:type="spellStart"/>
      <w:r w:rsidRPr="00F85B5B">
        <w:rPr>
          <w:rFonts w:ascii="Calibri" w:hAnsi="Calibri" w:cs="Calibri"/>
        </w:rPr>
        <w:t>especificações</w:t>
      </w:r>
      <w:proofErr w:type="spellEnd"/>
      <w:r w:rsidRPr="00F85B5B">
        <w:rPr>
          <w:rFonts w:ascii="Calibri" w:hAnsi="Calibri" w:cs="Calibri"/>
        </w:rPr>
        <w:t xml:space="preserve"> </w:t>
      </w:r>
      <w:proofErr w:type="spellStart"/>
      <w:r w:rsidRPr="00F85B5B">
        <w:rPr>
          <w:rFonts w:ascii="Calibri" w:hAnsi="Calibri" w:cs="Calibri"/>
        </w:rPr>
        <w:t>técnicas</w:t>
      </w:r>
      <w:proofErr w:type="spellEnd"/>
      <w:r w:rsidRPr="00F85B5B">
        <w:rPr>
          <w:rFonts w:ascii="Calibri" w:hAnsi="Calibri" w:cs="Calibri"/>
        </w:rPr>
        <w:t xml:space="preserve">, </w:t>
      </w:r>
      <w:proofErr w:type="spellStart"/>
      <w:r w:rsidRPr="00F85B5B">
        <w:rPr>
          <w:rFonts w:ascii="Calibri" w:hAnsi="Calibri" w:cs="Calibri"/>
        </w:rPr>
        <w:t>requisitos</w:t>
      </w:r>
      <w:proofErr w:type="spellEnd"/>
      <w:r w:rsidRPr="00F85B5B">
        <w:rPr>
          <w:rFonts w:ascii="Calibri" w:hAnsi="Calibri" w:cs="Calibri"/>
        </w:rPr>
        <w:t xml:space="preserve"> </w:t>
      </w:r>
      <w:proofErr w:type="spellStart"/>
      <w:r w:rsidRPr="00F85B5B">
        <w:rPr>
          <w:rFonts w:ascii="Calibri" w:hAnsi="Calibri" w:cs="Calibri"/>
        </w:rPr>
        <w:t>mínimos</w:t>
      </w:r>
      <w:proofErr w:type="spellEnd"/>
      <w:r w:rsidRPr="00F85B5B">
        <w:rPr>
          <w:rFonts w:ascii="Calibri" w:hAnsi="Calibri" w:cs="Calibri"/>
        </w:rPr>
        <w:t xml:space="preserve">, </w:t>
      </w:r>
      <w:proofErr w:type="spellStart"/>
      <w:r w:rsidRPr="00F85B5B">
        <w:rPr>
          <w:rFonts w:ascii="Calibri" w:hAnsi="Calibri" w:cs="Calibri"/>
        </w:rPr>
        <w:t>garantias</w:t>
      </w:r>
      <w:proofErr w:type="spellEnd"/>
      <w:r w:rsidRPr="00F85B5B">
        <w:rPr>
          <w:rFonts w:ascii="Calibri" w:hAnsi="Calibri" w:cs="Calibri"/>
        </w:rPr>
        <w:t xml:space="preserve">, </w:t>
      </w:r>
      <w:proofErr w:type="spellStart"/>
      <w:r w:rsidRPr="00F85B5B">
        <w:rPr>
          <w:rFonts w:ascii="Calibri" w:hAnsi="Calibri" w:cs="Calibri"/>
        </w:rPr>
        <w:t>prazos</w:t>
      </w:r>
      <w:proofErr w:type="spellEnd"/>
      <w:r w:rsidRPr="00F85B5B">
        <w:rPr>
          <w:rFonts w:ascii="Calibri" w:hAnsi="Calibri" w:cs="Calibri"/>
        </w:rPr>
        <w:t xml:space="preserve"> e </w:t>
      </w:r>
      <w:proofErr w:type="spellStart"/>
      <w:r w:rsidRPr="00F85B5B">
        <w:rPr>
          <w:rFonts w:ascii="Calibri" w:hAnsi="Calibri" w:cs="Calibri"/>
        </w:rPr>
        <w:t>demais</w:t>
      </w:r>
      <w:proofErr w:type="spellEnd"/>
      <w:r w:rsidRPr="00F85B5B">
        <w:rPr>
          <w:rFonts w:ascii="Calibri" w:hAnsi="Calibri" w:cs="Calibri"/>
        </w:rPr>
        <w:t xml:space="preserve"> </w:t>
      </w:r>
      <w:proofErr w:type="spellStart"/>
      <w:r w:rsidRPr="00F85B5B">
        <w:rPr>
          <w:rFonts w:ascii="Calibri" w:hAnsi="Calibri" w:cs="Calibri"/>
        </w:rPr>
        <w:t>condições</w:t>
      </w:r>
      <w:proofErr w:type="spellEnd"/>
      <w:r w:rsidRPr="00F85B5B">
        <w:rPr>
          <w:rFonts w:ascii="Calibri" w:hAnsi="Calibri" w:cs="Calibri"/>
        </w:rPr>
        <w:t xml:space="preserve"> do </w:t>
      </w:r>
      <w:proofErr w:type="spellStart"/>
      <w:r w:rsidRPr="00F85B5B">
        <w:rPr>
          <w:rFonts w:ascii="Calibri" w:hAnsi="Calibri" w:cs="Calibri"/>
        </w:rPr>
        <w:t>processo</w:t>
      </w:r>
      <w:proofErr w:type="spellEnd"/>
      <w:r w:rsidRPr="00F85B5B">
        <w:rPr>
          <w:rFonts w:ascii="Calibri" w:hAnsi="Calibri" w:cs="Calibri"/>
        </w:rPr>
        <w:t>.</w:t>
      </w:r>
    </w:p>
    <w:p w14:paraId="040992FE" w14:textId="77777777" w:rsidR="00755F67" w:rsidRPr="00F85B5B" w:rsidRDefault="00C74E84" w:rsidP="002D4FE0">
      <w:pPr>
        <w:spacing w:after="0"/>
        <w:jc w:val="both"/>
        <w:rPr>
          <w:rFonts w:ascii="Calibri" w:hAnsi="Calibri" w:cs="Calibri"/>
        </w:rPr>
      </w:pPr>
      <w:r w:rsidRPr="00F85B5B">
        <w:rPr>
          <w:rFonts w:ascii="Calibri" w:hAnsi="Calibri" w:cs="Calibri"/>
        </w:rPr>
        <w:t xml:space="preserve">3. </w:t>
      </w:r>
      <w:proofErr w:type="spellStart"/>
      <w:r w:rsidRPr="00F85B5B">
        <w:rPr>
          <w:rFonts w:ascii="Calibri" w:hAnsi="Calibri" w:cs="Calibri"/>
        </w:rPr>
        <w:t>Os</w:t>
      </w:r>
      <w:proofErr w:type="spellEnd"/>
      <w:r w:rsidRPr="00F85B5B">
        <w:rPr>
          <w:rFonts w:ascii="Calibri" w:hAnsi="Calibri" w:cs="Calibri"/>
        </w:rPr>
        <w:t xml:space="preserve"> </w:t>
      </w:r>
      <w:proofErr w:type="spellStart"/>
      <w:r w:rsidRPr="00F85B5B">
        <w:rPr>
          <w:rFonts w:ascii="Calibri" w:hAnsi="Calibri" w:cs="Calibri"/>
        </w:rPr>
        <w:t>equipamentos</w:t>
      </w:r>
      <w:proofErr w:type="spellEnd"/>
      <w:r w:rsidRPr="00F85B5B">
        <w:rPr>
          <w:rFonts w:ascii="Calibri" w:hAnsi="Calibri" w:cs="Calibri"/>
        </w:rPr>
        <w:t xml:space="preserve"> </w:t>
      </w:r>
      <w:proofErr w:type="spellStart"/>
      <w:r w:rsidRPr="00F85B5B">
        <w:rPr>
          <w:rFonts w:ascii="Calibri" w:hAnsi="Calibri" w:cs="Calibri"/>
        </w:rPr>
        <w:t>são</w:t>
      </w:r>
      <w:proofErr w:type="spellEnd"/>
      <w:r w:rsidRPr="00F85B5B">
        <w:rPr>
          <w:rFonts w:ascii="Calibri" w:hAnsi="Calibri" w:cs="Calibri"/>
        </w:rPr>
        <w:t xml:space="preserve"> </w:t>
      </w:r>
      <w:proofErr w:type="spellStart"/>
      <w:r w:rsidRPr="00F85B5B">
        <w:rPr>
          <w:rFonts w:ascii="Calibri" w:hAnsi="Calibri" w:cs="Calibri"/>
        </w:rPr>
        <w:t>novos</w:t>
      </w:r>
      <w:proofErr w:type="spellEnd"/>
      <w:r w:rsidRPr="00F85B5B">
        <w:rPr>
          <w:rFonts w:ascii="Calibri" w:hAnsi="Calibri" w:cs="Calibri"/>
        </w:rPr>
        <w:t xml:space="preserve">, </w:t>
      </w:r>
      <w:proofErr w:type="spellStart"/>
      <w:r w:rsidRPr="00F85B5B">
        <w:rPr>
          <w:rFonts w:ascii="Calibri" w:hAnsi="Calibri" w:cs="Calibri"/>
        </w:rPr>
        <w:t>originais</w:t>
      </w:r>
      <w:proofErr w:type="spellEnd"/>
      <w:r w:rsidRPr="00F85B5B">
        <w:rPr>
          <w:rFonts w:ascii="Calibri" w:hAnsi="Calibri" w:cs="Calibri"/>
        </w:rPr>
        <w:t xml:space="preserve"> de </w:t>
      </w:r>
      <w:proofErr w:type="spellStart"/>
      <w:r w:rsidRPr="00F85B5B">
        <w:rPr>
          <w:rFonts w:ascii="Calibri" w:hAnsi="Calibri" w:cs="Calibri"/>
        </w:rPr>
        <w:t>fábrica</w:t>
      </w:r>
      <w:proofErr w:type="spellEnd"/>
      <w:r w:rsidRPr="00F85B5B">
        <w:rPr>
          <w:rFonts w:ascii="Calibri" w:hAnsi="Calibri" w:cs="Calibri"/>
        </w:rPr>
        <w:t xml:space="preserve">, </w:t>
      </w:r>
      <w:proofErr w:type="spellStart"/>
      <w:r w:rsidRPr="00F85B5B">
        <w:rPr>
          <w:rFonts w:ascii="Calibri" w:hAnsi="Calibri" w:cs="Calibri"/>
        </w:rPr>
        <w:t>sem</w:t>
      </w:r>
      <w:proofErr w:type="spellEnd"/>
      <w:r w:rsidRPr="00F85B5B">
        <w:rPr>
          <w:rFonts w:ascii="Calibri" w:hAnsi="Calibri" w:cs="Calibri"/>
        </w:rPr>
        <w:t xml:space="preserve"> </w:t>
      </w:r>
      <w:proofErr w:type="spellStart"/>
      <w:r w:rsidRPr="00F85B5B">
        <w:rPr>
          <w:rFonts w:ascii="Calibri" w:hAnsi="Calibri" w:cs="Calibri"/>
        </w:rPr>
        <w:t>uso</w:t>
      </w:r>
      <w:proofErr w:type="spellEnd"/>
      <w:r w:rsidRPr="00F85B5B">
        <w:rPr>
          <w:rFonts w:ascii="Calibri" w:hAnsi="Calibri" w:cs="Calibri"/>
        </w:rPr>
        <w:t xml:space="preserve">, </w:t>
      </w:r>
      <w:proofErr w:type="spellStart"/>
      <w:r w:rsidRPr="00F85B5B">
        <w:rPr>
          <w:rFonts w:ascii="Calibri" w:hAnsi="Calibri" w:cs="Calibri"/>
        </w:rPr>
        <w:t>em</w:t>
      </w:r>
      <w:proofErr w:type="spellEnd"/>
      <w:r w:rsidRPr="00F85B5B">
        <w:rPr>
          <w:rFonts w:ascii="Calibri" w:hAnsi="Calibri" w:cs="Calibri"/>
        </w:rPr>
        <w:t xml:space="preserve"> </w:t>
      </w:r>
      <w:proofErr w:type="spellStart"/>
      <w:r w:rsidRPr="00F85B5B">
        <w:rPr>
          <w:rFonts w:ascii="Calibri" w:hAnsi="Calibri" w:cs="Calibri"/>
        </w:rPr>
        <w:t>linha</w:t>
      </w:r>
      <w:proofErr w:type="spellEnd"/>
      <w:r w:rsidRPr="00F85B5B">
        <w:rPr>
          <w:rFonts w:ascii="Calibri" w:hAnsi="Calibri" w:cs="Calibri"/>
        </w:rPr>
        <w:t xml:space="preserve"> </w:t>
      </w:r>
      <w:proofErr w:type="spellStart"/>
      <w:r w:rsidRPr="00F85B5B">
        <w:rPr>
          <w:rFonts w:ascii="Calibri" w:hAnsi="Calibri" w:cs="Calibri"/>
        </w:rPr>
        <w:t>atual</w:t>
      </w:r>
      <w:proofErr w:type="spellEnd"/>
      <w:r w:rsidRPr="00F85B5B">
        <w:rPr>
          <w:rFonts w:ascii="Calibri" w:hAnsi="Calibri" w:cs="Calibri"/>
        </w:rPr>
        <w:t xml:space="preserve"> de </w:t>
      </w:r>
      <w:proofErr w:type="spellStart"/>
      <w:r w:rsidRPr="00F85B5B">
        <w:rPr>
          <w:rFonts w:ascii="Calibri" w:hAnsi="Calibri" w:cs="Calibri"/>
        </w:rPr>
        <w:t>fabricação</w:t>
      </w:r>
      <w:proofErr w:type="spellEnd"/>
      <w:r w:rsidRPr="00F85B5B">
        <w:rPr>
          <w:rFonts w:ascii="Calibri" w:hAnsi="Calibri" w:cs="Calibri"/>
        </w:rPr>
        <w:t>.</w:t>
      </w:r>
    </w:p>
    <w:p w14:paraId="7E58C97A" w14:textId="77777777" w:rsidR="00755F67" w:rsidRPr="00F85B5B" w:rsidRDefault="00C74E84" w:rsidP="002D4FE0">
      <w:pPr>
        <w:spacing w:after="0"/>
        <w:jc w:val="both"/>
        <w:rPr>
          <w:rFonts w:ascii="Calibri" w:hAnsi="Calibri" w:cs="Calibri"/>
        </w:rPr>
      </w:pPr>
      <w:r w:rsidRPr="00F85B5B">
        <w:rPr>
          <w:rFonts w:ascii="Calibri" w:hAnsi="Calibri" w:cs="Calibri"/>
        </w:rPr>
        <w:t xml:space="preserve">4. </w:t>
      </w:r>
      <w:proofErr w:type="spellStart"/>
      <w:r w:rsidRPr="00F85B5B">
        <w:rPr>
          <w:rFonts w:ascii="Calibri" w:hAnsi="Calibri" w:cs="Calibri"/>
        </w:rPr>
        <w:t>Os</w:t>
      </w:r>
      <w:proofErr w:type="spellEnd"/>
      <w:r w:rsidRPr="00F85B5B">
        <w:rPr>
          <w:rFonts w:ascii="Calibri" w:hAnsi="Calibri" w:cs="Calibri"/>
        </w:rPr>
        <w:t xml:space="preserve"> </w:t>
      </w:r>
      <w:proofErr w:type="spellStart"/>
      <w:r w:rsidRPr="00F85B5B">
        <w:rPr>
          <w:rFonts w:ascii="Calibri" w:hAnsi="Calibri" w:cs="Calibri"/>
        </w:rPr>
        <w:t>preços</w:t>
      </w:r>
      <w:proofErr w:type="spellEnd"/>
      <w:r w:rsidRPr="00F85B5B">
        <w:rPr>
          <w:rFonts w:ascii="Calibri" w:hAnsi="Calibri" w:cs="Calibri"/>
        </w:rPr>
        <w:t xml:space="preserve"> </w:t>
      </w:r>
      <w:proofErr w:type="spellStart"/>
      <w:r w:rsidRPr="00F85B5B">
        <w:rPr>
          <w:rFonts w:ascii="Calibri" w:hAnsi="Calibri" w:cs="Calibri"/>
        </w:rPr>
        <w:t>incluem</w:t>
      </w:r>
      <w:proofErr w:type="spellEnd"/>
      <w:r w:rsidRPr="00F85B5B">
        <w:rPr>
          <w:rFonts w:ascii="Calibri" w:hAnsi="Calibri" w:cs="Calibri"/>
        </w:rPr>
        <w:t xml:space="preserve"> </w:t>
      </w:r>
      <w:proofErr w:type="spellStart"/>
      <w:r w:rsidRPr="00F85B5B">
        <w:rPr>
          <w:rFonts w:ascii="Calibri" w:hAnsi="Calibri" w:cs="Calibri"/>
        </w:rPr>
        <w:t>frete</w:t>
      </w:r>
      <w:proofErr w:type="spellEnd"/>
      <w:r w:rsidRPr="00F85B5B">
        <w:rPr>
          <w:rFonts w:ascii="Calibri" w:hAnsi="Calibri" w:cs="Calibri"/>
        </w:rPr>
        <w:t xml:space="preserve">, </w:t>
      </w:r>
      <w:proofErr w:type="spellStart"/>
      <w:r w:rsidRPr="00F85B5B">
        <w:rPr>
          <w:rFonts w:ascii="Calibri" w:hAnsi="Calibri" w:cs="Calibri"/>
        </w:rPr>
        <w:t>transporte</w:t>
      </w:r>
      <w:proofErr w:type="spellEnd"/>
      <w:r w:rsidRPr="00F85B5B">
        <w:rPr>
          <w:rFonts w:ascii="Calibri" w:hAnsi="Calibri" w:cs="Calibri"/>
        </w:rPr>
        <w:t xml:space="preserve">, </w:t>
      </w:r>
      <w:proofErr w:type="spellStart"/>
      <w:r w:rsidRPr="00F85B5B">
        <w:rPr>
          <w:rFonts w:ascii="Calibri" w:hAnsi="Calibri" w:cs="Calibri"/>
        </w:rPr>
        <w:t>tributos</w:t>
      </w:r>
      <w:proofErr w:type="spellEnd"/>
      <w:r w:rsidRPr="00F85B5B">
        <w:rPr>
          <w:rFonts w:ascii="Calibri" w:hAnsi="Calibri" w:cs="Calibri"/>
        </w:rPr>
        <w:t xml:space="preserve">, </w:t>
      </w:r>
      <w:proofErr w:type="spellStart"/>
      <w:r w:rsidRPr="00F85B5B">
        <w:rPr>
          <w:rFonts w:ascii="Calibri" w:hAnsi="Calibri" w:cs="Calibri"/>
        </w:rPr>
        <w:t>encargos</w:t>
      </w:r>
      <w:proofErr w:type="spellEnd"/>
      <w:r w:rsidRPr="00F85B5B">
        <w:rPr>
          <w:rFonts w:ascii="Calibri" w:hAnsi="Calibri" w:cs="Calibri"/>
        </w:rPr>
        <w:t xml:space="preserve"> e </w:t>
      </w:r>
      <w:proofErr w:type="spellStart"/>
      <w:r w:rsidRPr="00F85B5B">
        <w:rPr>
          <w:rFonts w:ascii="Calibri" w:hAnsi="Calibri" w:cs="Calibri"/>
        </w:rPr>
        <w:t>demais</w:t>
      </w:r>
      <w:proofErr w:type="spellEnd"/>
      <w:r w:rsidRPr="00F85B5B">
        <w:rPr>
          <w:rFonts w:ascii="Calibri" w:hAnsi="Calibri" w:cs="Calibri"/>
        </w:rPr>
        <w:t xml:space="preserve"> </w:t>
      </w:r>
      <w:proofErr w:type="spellStart"/>
      <w:r w:rsidRPr="00F85B5B">
        <w:rPr>
          <w:rFonts w:ascii="Calibri" w:hAnsi="Calibri" w:cs="Calibri"/>
        </w:rPr>
        <w:t>despesas</w:t>
      </w:r>
      <w:proofErr w:type="spellEnd"/>
      <w:r w:rsidRPr="00F85B5B">
        <w:rPr>
          <w:rFonts w:ascii="Calibri" w:hAnsi="Calibri" w:cs="Calibri"/>
        </w:rPr>
        <w:t>.</w:t>
      </w:r>
    </w:p>
    <w:p w14:paraId="2F3637CB" w14:textId="77777777" w:rsidR="00755F67" w:rsidRPr="00F85B5B" w:rsidRDefault="00C74E84" w:rsidP="002D4FE0">
      <w:pPr>
        <w:spacing w:after="0"/>
        <w:jc w:val="both"/>
        <w:rPr>
          <w:rFonts w:ascii="Calibri" w:hAnsi="Calibri" w:cs="Calibri"/>
        </w:rPr>
      </w:pPr>
      <w:r w:rsidRPr="00F85B5B">
        <w:rPr>
          <w:rFonts w:ascii="Calibri" w:hAnsi="Calibri" w:cs="Calibri"/>
        </w:rPr>
        <w:t xml:space="preserve">5. A </w:t>
      </w:r>
      <w:proofErr w:type="spellStart"/>
      <w:r w:rsidRPr="00F85B5B">
        <w:rPr>
          <w:rFonts w:ascii="Calibri" w:hAnsi="Calibri" w:cs="Calibri"/>
        </w:rPr>
        <w:t>proposta</w:t>
      </w:r>
      <w:proofErr w:type="spellEnd"/>
      <w:r w:rsidRPr="00F85B5B">
        <w:rPr>
          <w:rFonts w:ascii="Calibri" w:hAnsi="Calibri" w:cs="Calibri"/>
        </w:rPr>
        <w:t xml:space="preserve"> </w:t>
      </w:r>
      <w:proofErr w:type="spellStart"/>
      <w:r w:rsidRPr="00F85B5B">
        <w:rPr>
          <w:rFonts w:ascii="Calibri" w:hAnsi="Calibri" w:cs="Calibri"/>
        </w:rPr>
        <w:t>possui</w:t>
      </w:r>
      <w:proofErr w:type="spellEnd"/>
      <w:r w:rsidRPr="00F85B5B">
        <w:rPr>
          <w:rFonts w:ascii="Calibri" w:hAnsi="Calibri" w:cs="Calibri"/>
        </w:rPr>
        <w:t xml:space="preserve"> </w:t>
      </w:r>
      <w:proofErr w:type="spellStart"/>
      <w:r w:rsidRPr="00F85B5B">
        <w:rPr>
          <w:rFonts w:ascii="Calibri" w:hAnsi="Calibri" w:cs="Calibri"/>
        </w:rPr>
        <w:t>validade</w:t>
      </w:r>
      <w:proofErr w:type="spellEnd"/>
      <w:r w:rsidRPr="00F85B5B">
        <w:rPr>
          <w:rFonts w:ascii="Calibri" w:hAnsi="Calibri" w:cs="Calibri"/>
        </w:rPr>
        <w:t xml:space="preserve"> </w:t>
      </w:r>
      <w:proofErr w:type="spellStart"/>
      <w:r w:rsidRPr="00F85B5B">
        <w:rPr>
          <w:rFonts w:ascii="Calibri" w:hAnsi="Calibri" w:cs="Calibri"/>
        </w:rPr>
        <w:t>mínima</w:t>
      </w:r>
      <w:proofErr w:type="spellEnd"/>
      <w:r w:rsidRPr="00F85B5B">
        <w:rPr>
          <w:rFonts w:ascii="Calibri" w:hAnsi="Calibri" w:cs="Calibri"/>
        </w:rPr>
        <w:t xml:space="preserve"> de 60 (</w:t>
      </w:r>
      <w:proofErr w:type="spellStart"/>
      <w:r w:rsidRPr="00F85B5B">
        <w:rPr>
          <w:rFonts w:ascii="Calibri" w:hAnsi="Calibri" w:cs="Calibri"/>
        </w:rPr>
        <w:t>sessenta</w:t>
      </w:r>
      <w:proofErr w:type="spellEnd"/>
      <w:r w:rsidRPr="00F85B5B">
        <w:rPr>
          <w:rFonts w:ascii="Calibri" w:hAnsi="Calibri" w:cs="Calibri"/>
        </w:rPr>
        <w:t xml:space="preserve">) </w:t>
      </w:r>
      <w:proofErr w:type="spellStart"/>
      <w:r w:rsidRPr="00F85B5B">
        <w:rPr>
          <w:rFonts w:ascii="Calibri" w:hAnsi="Calibri" w:cs="Calibri"/>
        </w:rPr>
        <w:t>dias</w:t>
      </w:r>
      <w:proofErr w:type="spellEnd"/>
      <w:r w:rsidRPr="00F85B5B">
        <w:rPr>
          <w:rFonts w:ascii="Calibri" w:hAnsi="Calibri" w:cs="Calibri"/>
        </w:rPr>
        <w:t>.</w:t>
      </w:r>
    </w:p>
    <w:p w14:paraId="4E0744EE" w14:textId="77777777" w:rsidR="00755F67" w:rsidRPr="00F85B5B" w:rsidRDefault="00C74E84" w:rsidP="002D4FE0">
      <w:pPr>
        <w:spacing w:after="0"/>
        <w:jc w:val="both"/>
        <w:rPr>
          <w:rFonts w:ascii="Calibri" w:hAnsi="Calibri" w:cs="Calibri"/>
        </w:rPr>
      </w:pPr>
      <w:r w:rsidRPr="00F85B5B">
        <w:rPr>
          <w:rFonts w:ascii="Calibri" w:hAnsi="Calibri" w:cs="Calibri"/>
        </w:rPr>
        <w:t xml:space="preserve">6. A </w:t>
      </w:r>
      <w:proofErr w:type="spellStart"/>
      <w:r w:rsidRPr="00F85B5B">
        <w:rPr>
          <w:rFonts w:ascii="Calibri" w:hAnsi="Calibri" w:cs="Calibri"/>
        </w:rPr>
        <w:t>marca</w:t>
      </w:r>
      <w:proofErr w:type="spellEnd"/>
      <w:r w:rsidRPr="00F85B5B">
        <w:rPr>
          <w:rFonts w:ascii="Calibri" w:hAnsi="Calibri" w:cs="Calibri"/>
        </w:rPr>
        <w:t xml:space="preserve"> e o </w:t>
      </w:r>
      <w:proofErr w:type="spellStart"/>
      <w:r w:rsidRPr="00F85B5B">
        <w:rPr>
          <w:rFonts w:ascii="Calibri" w:hAnsi="Calibri" w:cs="Calibri"/>
        </w:rPr>
        <w:t>modelo</w:t>
      </w:r>
      <w:proofErr w:type="spellEnd"/>
      <w:r w:rsidRPr="00F85B5B">
        <w:rPr>
          <w:rFonts w:ascii="Calibri" w:hAnsi="Calibri" w:cs="Calibri"/>
        </w:rPr>
        <w:t xml:space="preserve"> </w:t>
      </w:r>
      <w:proofErr w:type="spellStart"/>
      <w:r w:rsidRPr="00F85B5B">
        <w:rPr>
          <w:rFonts w:ascii="Calibri" w:hAnsi="Calibri" w:cs="Calibri"/>
        </w:rPr>
        <w:t>informados</w:t>
      </w:r>
      <w:proofErr w:type="spellEnd"/>
      <w:r w:rsidRPr="00F85B5B">
        <w:rPr>
          <w:rFonts w:ascii="Calibri" w:hAnsi="Calibri" w:cs="Calibri"/>
        </w:rPr>
        <w:t xml:space="preserve"> </w:t>
      </w:r>
      <w:proofErr w:type="spellStart"/>
      <w:r w:rsidRPr="00F85B5B">
        <w:rPr>
          <w:rFonts w:ascii="Calibri" w:hAnsi="Calibri" w:cs="Calibri"/>
        </w:rPr>
        <w:t>correspondem</w:t>
      </w:r>
      <w:proofErr w:type="spellEnd"/>
      <w:r w:rsidRPr="00F85B5B">
        <w:rPr>
          <w:rFonts w:ascii="Calibri" w:hAnsi="Calibri" w:cs="Calibri"/>
        </w:rPr>
        <w:t xml:space="preserve"> </w:t>
      </w:r>
      <w:proofErr w:type="spellStart"/>
      <w:r w:rsidRPr="00F85B5B">
        <w:rPr>
          <w:rFonts w:ascii="Calibri" w:hAnsi="Calibri" w:cs="Calibri"/>
        </w:rPr>
        <w:t>exatamente</w:t>
      </w:r>
      <w:proofErr w:type="spellEnd"/>
      <w:r w:rsidRPr="00F85B5B">
        <w:rPr>
          <w:rFonts w:ascii="Calibri" w:hAnsi="Calibri" w:cs="Calibri"/>
        </w:rPr>
        <w:t xml:space="preserve"> </w:t>
      </w:r>
      <w:proofErr w:type="spellStart"/>
      <w:r w:rsidRPr="00F85B5B">
        <w:rPr>
          <w:rFonts w:ascii="Calibri" w:hAnsi="Calibri" w:cs="Calibri"/>
        </w:rPr>
        <w:t>aos</w:t>
      </w:r>
      <w:proofErr w:type="spellEnd"/>
      <w:r w:rsidRPr="00F85B5B">
        <w:rPr>
          <w:rFonts w:ascii="Calibri" w:hAnsi="Calibri" w:cs="Calibri"/>
        </w:rPr>
        <w:t xml:space="preserve"> </w:t>
      </w:r>
      <w:proofErr w:type="spellStart"/>
      <w:r w:rsidRPr="00F85B5B">
        <w:rPr>
          <w:rFonts w:ascii="Calibri" w:hAnsi="Calibri" w:cs="Calibri"/>
        </w:rPr>
        <w:t>equipamentos</w:t>
      </w:r>
      <w:proofErr w:type="spellEnd"/>
      <w:r w:rsidRPr="00F85B5B">
        <w:rPr>
          <w:rFonts w:ascii="Calibri" w:hAnsi="Calibri" w:cs="Calibri"/>
        </w:rPr>
        <w:t xml:space="preserve"> </w:t>
      </w:r>
      <w:proofErr w:type="spellStart"/>
      <w:r w:rsidRPr="00F85B5B">
        <w:rPr>
          <w:rFonts w:ascii="Calibri" w:hAnsi="Calibri" w:cs="Calibri"/>
        </w:rPr>
        <w:t>que</w:t>
      </w:r>
      <w:proofErr w:type="spellEnd"/>
      <w:r w:rsidRPr="00F85B5B">
        <w:rPr>
          <w:rFonts w:ascii="Calibri" w:hAnsi="Calibri" w:cs="Calibri"/>
        </w:rPr>
        <w:t xml:space="preserve"> </w:t>
      </w:r>
      <w:proofErr w:type="spellStart"/>
      <w:r w:rsidRPr="00F85B5B">
        <w:rPr>
          <w:rFonts w:ascii="Calibri" w:hAnsi="Calibri" w:cs="Calibri"/>
        </w:rPr>
        <w:t>serão</w:t>
      </w:r>
      <w:proofErr w:type="spellEnd"/>
      <w:r w:rsidRPr="00F85B5B">
        <w:rPr>
          <w:rFonts w:ascii="Calibri" w:hAnsi="Calibri" w:cs="Calibri"/>
        </w:rPr>
        <w:t xml:space="preserve"> </w:t>
      </w:r>
      <w:proofErr w:type="spellStart"/>
      <w:r w:rsidRPr="00F85B5B">
        <w:rPr>
          <w:rFonts w:ascii="Calibri" w:hAnsi="Calibri" w:cs="Calibri"/>
        </w:rPr>
        <w:t>fornecidos</w:t>
      </w:r>
      <w:proofErr w:type="spellEnd"/>
      <w:r w:rsidRPr="00F85B5B">
        <w:rPr>
          <w:rFonts w:ascii="Calibri" w:hAnsi="Calibri" w:cs="Calibri"/>
        </w:rPr>
        <w:t>.</w:t>
      </w:r>
    </w:p>
    <w:p w14:paraId="07EC44AB" w14:textId="77777777" w:rsidR="00755F67" w:rsidRPr="00F85B5B" w:rsidRDefault="00C74E84" w:rsidP="002D4FE0">
      <w:pPr>
        <w:spacing w:after="0"/>
        <w:jc w:val="both"/>
        <w:rPr>
          <w:rFonts w:ascii="Calibri" w:hAnsi="Calibri" w:cs="Calibri"/>
        </w:rPr>
      </w:pPr>
      <w:r w:rsidRPr="00F85B5B">
        <w:rPr>
          <w:rFonts w:ascii="Calibri" w:hAnsi="Calibri" w:cs="Calibri"/>
        </w:rPr>
        <w:t xml:space="preserve">7. </w:t>
      </w:r>
      <w:proofErr w:type="spellStart"/>
      <w:r w:rsidRPr="00F85B5B">
        <w:rPr>
          <w:rFonts w:ascii="Calibri" w:hAnsi="Calibri" w:cs="Calibri"/>
        </w:rPr>
        <w:t>Possui</w:t>
      </w:r>
      <w:proofErr w:type="spellEnd"/>
      <w:r w:rsidRPr="00F85B5B">
        <w:rPr>
          <w:rFonts w:ascii="Calibri" w:hAnsi="Calibri" w:cs="Calibri"/>
        </w:rPr>
        <w:t xml:space="preserve"> </w:t>
      </w:r>
      <w:proofErr w:type="spellStart"/>
      <w:r w:rsidRPr="00F85B5B">
        <w:rPr>
          <w:rFonts w:ascii="Calibri" w:hAnsi="Calibri" w:cs="Calibri"/>
        </w:rPr>
        <w:t>condições</w:t>
      </w:r>
      <w:proofErr w:type="spellEnd"/>
      <w:r w:rsidRPr="00F85B5B">
        <w:rPr>
          <w:rFonts w:ascii="Calibri" w:hAnsi="Calibri" w:cs="Calibri"/>
        </w:rPr>
        <w:t xml:space="preserve"> de </w:t>
      </w:r>
      <w:proofErr w:type="spellStart"/>
      <w:r w:rsidRPr="00F85B5B">
        <w:rPr>
          <w:rFonts w:ascii="Calibri" w:hAnsi="Calibri" w:cs="Calibri"/>
        </w:rPr>
        <w:t>fornecer</w:t>
      </w:r>
      <w:proofErr w:type="spellEnd"/>
      <w:r w:rsidRPr="00F85B5B">
        <w:rPr>
          <w:rFonts w:ascii="Calibri" w:hAnsi="Calibri" w:cs="Calibri"/>
        </w:rPr>
        <w:t xml:space="preserve"> </w:t>
      </w:r>
      <w:proofErr w:type="spellStart"/>
      <w:r w:rsidRPr="00F85B5B">
        <w:rPr>
          <w:rFonts w:ascii="Calibri" w:hAnsi="Calibri" w:cs="Calibri"/>
        </w:rPr>
        <w:t>os</w:t>
      </w:r>
      <w:proofErr w:type="spellEnd"/>
      <w:r w:rsidRPr="00F85B5B">
        <w:rPr>
          <w:rFonts w:ascii="Calibri" w:hAnsi="Calibri" w:cs="Calibri"/>
        </w:rPr>
        <w:t xml:space="preserve"> </w:t>
      </w:r>
      <w:proofErr w:type="spellStart"/>
      <w:r w:rsidRPr="00F85B5B">
        <w:rPr>
          <w:rFonts w:ascii="Calibri" w:hAnsi="Calibri" w:cs="Calibri"/>
        </w:rPr>
        <w:t>equipamentos</w:t>
      </w:r>
      <w:proofErr w:type="spellEnd"/>
      <w:r w:rsidRPr="00F85B5B">
        <w:rPr>
          <w:rFonts w:ascii="Calibri" w:hAnsi="Calibri" w:cs="Calibri"/>
        </w:rPr>
        <w:t xml:space="preserve"> no </w:t>
      </w:r>
      <w:proofErr w:type="spellStart"/>
      <w:r w:rsidRPr="00F85B5B">
        <w:rPr>
          <w:rFonts w:ascii="Calibri" w:hAnsi="Calibri" w:cs="Calibri"/>
        </w:rPr>
        <w:t>prazo</w:t>
      </w:r>
      <w:proofErr w:type="spellEnd"/>
      <w:r w:rsidRPr="00F85B5B">
        <w:rPr>
          <w:rFonts w:ascii="Calibri" w:hAnsi="Calibri" w:cs="Calibri"/>
        </w:rPr>
        <w:t xml:space="preserve"> </w:t>
      </w:r>
      <w:proofErr w:type="spellStart"/>
      <w:r w:rsidRPr="00F85B5B">
        <w:rPr>
          <w:rFonts w:ascii="Calibri" w:hAnsi="Calibri" w:cs="Calibri"/>
        </w:rPr>
        <w:t>estabelecido</w:t>
      </w:r>
      <w:proofErr w:type="spellEnd"/>
      <w:r w:rsidRPr="00F85B5B">
        <w:rPr>
          <w:rFonts w:ascii="Calibri" w:hAnsi="Calibri" w:cs="Calibri"/>
        </w:rPr>
        <w:t>.</w:t>
      </w:r>
    </w:p>
    <w:p w14:paraId="0E12FE4F" w14:textId="439805D3" w:rsidR="00755F67" w:rsidRPr="00F85B5B" w:rsidRDefault="00C74E84">
      <w:pPr>
        <w:rPr>
          <w:rFonts w:ascii="Calibri" w:hAnsi="Calibri" w:cs="Calibri"/>
        </w:rPr>
      </w:pPr>
      <w:r w:rsidRPr="00F85B5B">
        <w:rPr>
          <w:rFonts w:ascii="Calibri" w:hAnsi="Calibri" w:cs="Calibri"/>
        </w:rPr>
        <w:br/>
        <w:t>Local e Data: ______________</w:t>
      </w:r>
      <w:r w:rsidR="007532A7">
        <w:rPr>
          <w:rFonts w:ascii="Calibri" w:hAnsi="Calibri" w:cs="Calibri"/>
        </w:rPr>
        <w:t>__________________________________________________</w:t>
      </w:r>
      <w:r w:rsidRPr="00F85B5B">
        <w:rPr>
          <w:rFonts w:ascii="Calibri" w:hAnsi="Calibri" w:cs="Calibri"/>
        </w:rPr>
        <w:t>______________</w:t>
      </w:r>
    </w:p>
    <w:p w14:paraId="09B2DA4B" w14:textId="6B910DB9" w:rsidR="00755F67" w:rsidRPr="00F85B5B" w:rsidRDefault="00C74E84">
      <w:pPr>
        <w:rPr>
          <w:rFonts w:ascii="Calibri" w:hAnsi="Calibri" w:cs="Calibri"/>
        </w:rPr>
      </w:pPr>
      <w:r w:rsidRPr="00F85B5B">
        <w:rPr>
          <w:rFonts w:ascii="Calibri" w:hAnsi="Calibri" w:cs="Calibri"/>
        </w:rPr>
        <w:t xml:space="preserve">Nome do </w:t>
      </w:r>
      <w:proofErr w:type="spellStart"/>
      <w:r w:rsidRPr="00F85B5B">
        <w:rPr>
          <w:rFonts w:ascii="Calibri" w:hAnsi="Calibri" w:cs="Calibri"/>
        </w:rPr>
        <w:t>Representante</w:t>
      </w:r>
      <w:proofErr w:type="spellEnd"/>
      <w:r w:rsidRPr="00F85B5B">
        <w:rPr>
          <w:rFonts w:ascii="Calibri" w:hAnsi="Calibri" w:cs="Calibri"/>
        </w:rPr>
        <w:t xml:space="preserve"> Legal: ___________</w:t>
      </w:r>
      <w:r w:rsidR="007532A7">
        <w:rPr>
          <w:rFonts w:ascii="Calibri" w:hAnsi="Calibri" w:cs="Calibri"/>
        </w:rPr>
        <w:t>________________________</w:t>
      </w:r>
      <w:r w:rsidRPr="00F85B5B">
        <w:rPr>
          <w:rFonts w:ascii="Calibri" w:hAnsi="Calibri" w:cs="Calibri"/>
        </w:rPr>
        <w:t>_________________</w:t>
      </w:r>
    </w:p>
    <w:p w14:paraId="2D6D2E90" w14:textId="0397ECFB" w:rsidR="00755F67" w:rsidRPr="00F85B5B" w:rsidRDefault="00C74E84">
      <w:pPr>
        <w:rPr>
          <w:rFonts w:ascii="Calibri" w:hAnsi="Calibri" w:cs="Calibri"/>
        </w:rPr>
      </w:pPr>
      <w:r w:rsidRPr="00F85B5B">
        <w:rPr>
          <w:rFonts w:ascii="Calibri" w:hAnsi="Calibri" w:cs="Calibri"/>
        </w:rPr>
        <w:t>CPF: ______________</w:t>
      </w:r>
      <w:r w:rsidR="007532A7">
        <w:rPr>
          <w:rFonts w:ascii="Calibri" w:hAnsi="Calibri" w:cs="Calibri"/>
        </w:rPr>
        <w:t>___________</w:t>
      </w:r>
      <w:r w:rsidRPr="00F85B5B">
        <w:rPr>
          <w:rFonts w:ascii="Calibri" w:hAnsi="Calibri" w:cs="Calibri"/>
        </w:rPr>
        <w:t>___</w:t>
      </w:r>
      <w:proofErr w:type="gramStart"/>
      <w:r w:rsidRPr="00F85B5B">
        <w:rPr>
          <w:rFonts w:ascii="Calibri" w:hAnsi="Calibri" w:cs="Calibri"/>
        </w:rPr>
        <w:t>_  Cargo</w:t>
      </w:r>
      <w:proofErr w:type="gramEnd"/>
      <w:r w:rsidRPr="00F85B5B">
        <w:rPr>
          <w:rFonts w:ascii="Calibri" w:hAnsi="Calibri" w:cs="Calibri"/>
        </w:rPr>
        <w:t>: ____</w:t>
      </w:r>
      <w:r w:rsidR="007532A7">
        <w:rPr>
          <w:rFonts w:ascii="Calibri" w:hAnsi="Calibri" w:cs="Calibri"/>
        </w:rPr>
        <w:t>____________________</w:t>
      </w:r>
      <w:r w:rsidRPr="00F85B5B">
        <w:rPr>
          <w:rFonts w:ascii="Calibri" w:hAnsi="Calibri" w:cs="Calibri"/>
        </w:rPr>
        <w:t>______________</w:t>
      </w:r>
    </w:p>
    <w:p w14:paraId="50A01072" w14:textId="28324552" w:rsidR="00755F67" w:rsidRPr="00F85B5B" w:rsidRDefault="00C74E84">
      <w:pPr>
        <w:rPr>
          <w:rFonts w:ascii="Calibri" w:hAnsi="Calibri" w:cs="Calibri"/>
        </w:rPr>
      </w:pPr>
      <w:proofErr w:type="spellStart"/>
      <w:r w:rsidRPr="00F85B5B">
        <w:rPr>
          <w:rFonts w:ascii="Calibri" w:hAnsi="Calibri" w:cs="Calibri"/>
        </w:rPr>
        <w:t>Assinatura</w:t>
      </w:r>
      <w:proofErr w:type="spellEnd"/>
      <w:r w:rsidR="002D4FE0">
        <w:rPr>
          <w:rFonts w:ascii="Calibri" w:hAnsi="Calibri" w:cs="Calibri"/>
        </w:rPr>
        <w:t xml:space="preserve"> </w:t>
      </w:r>
      <w:proofErr w:type="gramStart"/>
      <w:r w:rsidR="002D4FE0">
        <w:rPr>
          <w:rFonts w:ascii="Calibri" w:hAnsi="Calibri" w:cs="Calibri"/>
        </w:rPr>
        <w:t>digital</w:t>
      </w:r>
      <w:r w:rsidR="00F85B5B">
        <w:rPr>
          <w:rFonts w:ascii="Calibri" w:hAnsi="Calibri" w:cs="Calibri"/>
        </w:rPr>
        <w:t xml:space="preserve"> </w:t>
      </w:r>
      <w:r w:rsidRPr="00F85B5B">
        <w:rPr>
          <w:rFonts w:ascii="Calibri" w:hAnsi="Calibri" w:cs="Calibri"/>
        </w:rPr>
        <w:t>:</w:t>
      </w:r>
      <w:proofErr w:type="gramEnd"/>
    </w:p>
    <w:sectPr w:rsidR="00755F67" w:rsidRPr="00F85B5B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ad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ad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Commarcador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Commarcador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ad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05358333">
    <w:abstractNumId w:val="8"/>
  </w:num>
  <w:num w:numId="2" w16cid:durableId="2089158184">
    <w:abstractNumId w:val="6"/>
  </w:num>
  <w:num w:numId="3" w16cid:durableId="1577746272">
    <w:abstractNumId w:val="5"/>
  </w:num>
  <w:num w:numId="4" w16cid:durableId="965966418">
    <w:abstractNumId w:val="4"/>
  </w:num>
  <w:num w:numId="5" w16cid:durableId="650066477">
    <w:abstractNumId w:val="7"/>
  </w:num>
  <w:num w:numId="6" w16cid:durableId="460658478">
    <w:abstractNumId w:val="3"/>
  </w:num>
  <w:num w:numId="7" w16cid:durableId="28453305">
    <w:abstractNumId w:val="2"/>
  </w:num>
  <w:num w:numId="8" w16cid:durableId="482044577">
    <w:abstractNumId w:val="1"/>
  </w:num>
  <w:num w:numId="9" w16cid:durableId="14241090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41222"/>
    <w:rsid w:val="0015074B"/>
    <w:rsid w:val="0029639D"/>
    <w:rsid w:val="002D4FE0"/>
    <w:rsid w:val="00326F90"/>
    <w:rsid w:val="00445A3D"/>
    <w:rsid w:val="0048637F"/>
    <w:rsid w:val="004C5DD7"/>
    <w:rsid w:val="004D1F05"/>
    <w:rsid w:val="007532A7"/>
    <w:rsid w:val="00755F67"/>
    <w:rsid w:val="007F0CB7"/>
    <w:rsid w:val="00824C86"/>
    <w:rsid w:val="00AA1D8D"/>
    <w:rsid w:val="00B47730"/>
    <w:rsid w:val="00BE64E7"/>
    <w:rsid w:val="00C74E84"/>
    <w:rsid w:val="00CB0664"/>
    <w:rsid w:val="00CF1878"/>
    <w:rsid w:val="00F85B5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2C0417E"/>
  <w14:defaultImageDpi w14:val="300"/>
  <w15:docId w15:val="{AADCC41C-7075-4511-8DDE-0059EF9C1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hAnsi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3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387</Words>
  <Characters>2096</Characters>
  <Application>Microsoft Office Word</Application>
  <DocSecurity>0</DocSecurity>
  <Lines>17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2479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Elisangela Origuella</cp:lastModifiedBy>
  <cp:revision>2</cp:revision>
  <dcterms:created xsi:type="dcterms:W3CDTF">2026-07-30T18:10:00Z</dcterms:created>
  <dcterms:modified xsi:type="dcterms:W3CDTF">2026-07-30T18:10:00Z</dcterms:modified>
  <cp:category/>
</cp:coreProperties>
</file>