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4ECBD" w14:textId="77777777" w:rsidR="0009569E" w:rsidRDefault="00000000">
      <w:pPr>
        <w:jc w:val="center"/>
      </w:pPr>
      <w:r>
        <w:rPr>
          <w:b/>
          <w:sz w:val="22"/>
        </w:rPr>
        <w:t>LOGO DA EMPRESA</w:t>
      </w:r>
    </w:p>
    <w:p w14:paraId="76AAF083" w14:textId="77777777" w:rsidR="0009569E" w:rsidRDefault="00000000">
      <w:pPr>
        <w:spacing w:after="0"/>
      </w:pPr>
      <w:r>
        <w:t>EMPRESA: ________________________________________________</w:t>
      </w:r>
    </w:p>
    <w:p w14:paraId="16D9DA56" w14:textId="77777777" w:rsidR="0009569E" w:rsidRDefault="00000000">
      <w:pPr>
        <w:spacing w:after="0"/>
      </w:pPr>
      <w:r>
        <w:t>CNPJ/IE: _________________________________________________</w:t>
      </w:r>
    </w:p>
    <w:p w14:paraId="3E99DBC0" w14:textId="77777777" w:rsidR="0009569E" w:rsidRDefault="00000000">
      <w:pPr>
        <w:spacing w:after="0"/>
      </w:pPr>
      <w:r>
        <w:t>ENDEREÇO/CIDADE: _________________________________________</w:t>
      </w:r>
    </w:p>
    <w:p w14:paraId="2F902BAB" w14:textId="77777777" w:rsidR="0009569E" w:rsidRDefault="00000000">
      <w:pPr>
        <w:spacing w:after="0"/>
      </w:pPr>
      <w:r>
        <w:t>BAIRRO/CEP: ______________________________________________</w:t>
      </w:r>
    </w:p>
    <w:p w14:paraId="48E80D92" w14:textId="77777777" w:rsidR="0009569E" w:rsidRDefault="00000000">
      <w:pPr>
        <w:spacing w:after="0"/>
      </w:pPr>
      <w:r>
        <w:t>CELULAR/TELEFONE: ________________________________________</w:t>
      </w:r>
    </w:p>
    <w:p w14:paraId="095D7AB3" w14:textId="77777777" w:rsidR="0009569E" w:rsidRDefault="00000000">
      <w:pPr>
        <w:spacing w:after="0"/>
      </w:pPr>
      <w:r>
        <w:t>SITE/E-MAIL: ______________________________________________</w:t>
      </w:r>
    </w:p>
    <w:p w14:paraId="6238E4A4" w14:textId="77777777" w:rsidR="0009569E" w:rsidRDefault="00000000">
      <w:pPr>
        <w:jc w:val="center"/>
      </w:pPr>
      <w:r>
        <w:rPr>
          <w:b/>
          <w:sz w:val="20"/>
        </w:rPr>
        <w:t>MODELO DE PROPOSTA COMERCIAL E DECLARAÇÃO DE ATENDIMENTO ÀS ESPECIFICAÇÕES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510"/>
        <w:gridCol w:w="4592"/>
        <w:gridCol w:w="1191"/>
        <w:gridCol w:w="1304"/>
        <w:gridCol w:w="1304"/>
      </w:tblGrid>
      <w:tr w:rsidR="0009569E" w14:paraId="5CD52C87" w14:textId="77777777">
        <w:trPr>
          <w:cantSplit/>
          <w:jc w:val="center"/>
        </w:trPr>
        <w:tc>
          <w:tcPr>
            <w:tcW w:w="454" w:type="dxa"/>
            <w:shd w:val="clear" w:color="auto" w:fill="D9E2F3"/>
            <w:vAlign w:val="center"/>
          </w:tcPr>
          <w:p w14:paraId="3BA84996" w14:textId="77777777" w:rsidR="0009569E" w:rsidRDefault="00000000">
            <w:pPr>
              <w:spacing w:after="0"/>
            </w:pPr>
            <w:r>
              <w:rPr>
                <w:b/>
                <w:sz w:val="16"/>
              </w:rPr>
              <w:t>Item</w:t>
            </w:r>
          </w:p>
        </w:tc>
        <w:tc>
          <w:tcPr>
            <w:tcW w:w="510" w:type="dxa"/>
            <w:shd w:val="clear" w:color="auto" w:fill="D9E2F3"/>
            <w:vAlign w:val="center"/>
          </w:tcPr>
          <w:p w14:paraId="421BC972" w14:textId="77777777" w:rsidR="0009569E" w:rsidRDefault="00000000">
            <w:pPr>
              <w:spacing w:after="0"/>
            </w:pPr>
            <w:r>
              <w:rPr>
                <w:b/>
                <w:sz w:val="16"/>
              </w:rPr>
              <w:t>Qtde</w:t>
            </w:r>
          </w:p>
        </w:tc>
        <w:tc>
          <w:tcPr>
            <w:tcW w:w="4592" w:type="dxa"/>
            <w:shd w:val="clear" w:color="auto" w:fill="D9E2F3"/>
            <w:vAlign w:val="center"/>
          </w:tcPr>
          <w:p w14:paraId="3F0BFEF8" w14:textId="77777777" w:rsidR="0009569E" w:rsidRDefault="00000000">
            <w:pPr>
              <w:spacing w:after="0"/>
            </w:pPr>
            <w:r>
              <w:rPr>
                <w:b/>
                <w:sz w:val="16"/>
              </w:rPr>
              <w:t>Especificação do material</w:t>
            </w:r>
          </w:p>
        </w:tc>
        <w:tc>
          <w:tcPr>
            <w:tcW w:w="1191" w:type="dxa"/>
            <w:shd w:val="clear" w:color="auto" w:fill="D9E2F3"/>
            <w:vAlign w:val="center"/>
          </w:tcPr>
          <w:p w14:paraId="4A4140CB" w14:textId="77777777" w:rsidR="0009569E" w:rsidRDefault="00000000">
            <w:pPr>
              <w:spacing w:after="0"/>
            </w:pPr>
            <w:r>
              <w:rPr>
                <w:b/>
                <w:sz w:val="16"/>
              </w:rPr>
              <w:t>Marca</w:t>
            </w:r>
          </w:p>
        </w:tc>
        <w:tc>
          <w:tcPr>
            <w:tcW w:w="1304" w:type="dxa"/>
            <w:shd w:val="clear" w:color="auto" w:fill="D9E2F3"/>
            <w:vAlign w:val="center"/>
          </w:tcPr>
          <w:p w14:paraId="445F7746" w14:textId="77777777" w:rsidR="0009569E" w:rsidRDefault="00000000">
            <w:pPr>
              <w:spacing w:after="0"/>
            </w:pPr>
            <w:r>
              <w:rPr>
                <w:b/>
                <w:sz w:val="16"/>
              </w:rPr>
              <w:t>Valor Unitário</w:t>
            </w:r>
          </w:p>
        </w:tc>
        <w:tc>
          <w:tcPr>
            <w:tcW w:w="1304" w:type="dxa"/>
            <w:shd w:val="clear" w:color="auto" w:fill="D9E2F3"/>
            <w:vAlign w:val="center"/>
          </w:tcPr>
          <w:p w14:paraId="1D6F95DE" w14:textId="77777777" w:rsidR="0009569E" w:rsidRDefault="00000000">
            <w:pPr>
              <w:spacing w:after="0"/>
            </w:pPr>
            <w:r>
              <w:rPr>
                <w:b/>
                <w:sz w:val="16"/>
              </w:rPr>
              <w:t>Valor Total</w:t>
            </w:r>
          </w:p>
        </w:tc>
      </w:tr>
      <w:tr w:rsidR="0009569E" w14:paraId="5E546051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791A30CC" w14:textId="77777777" w:rsidR="0009569E" w:rsidRDefault="00000000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510" w:type="dxa"/>
            <w:vAlign w:val="center"/>
          </w:tcPr>
          <w:p w14:paraId="7CCF08AD" w14:textId="77777777" w:rsidR="0009569E" w:rsidRDefault="00000000"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w="4592" w:type="dxa"/>
            <w:vAlign w:val="center"/>
          </w:tcPr>
          <w:p w14:paraId="2D8CDDBE" w14:textId="77777777" w:rsidR="0009569E" w:rsidRDefault="00000000">
            <w:pPr>
              <w:spacing w:after="0"/>
            </w:pPr>
            <w:r>
              <w:rPr>
                <w:sz w:val="16"/>
              </w:rPr>
              <w:t>Papel higiênico rolão, fardo com 8 rolos, 08 x 09 cm x 500 m</w:t>
            </w:r>
          </w:p>
        </w:tc>
        <w:tc>
          <w:tcPr>
            <w:tcW w:w="1191" w:type="dxa"/>
            <w:vAlign w:val="center"/>
          </w:tcPr>
          <w:p w14:paraId="10239679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40504845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62F14E44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47F7F70A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65FFE68E" w14:textId="77777777" w:rsidR="0009569E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510" w:type="dxa"/>
            <w:vAlign w:val="center"/>
          </w:tcPr>
          <w:p w14:paraId="253CBB57" w14:textId="77777777" w:rsidR="0009569E" w:rsidRDefault="00000000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4592" w:type="dxa"/>
            <w:vAlign w:val="center"/>
          </w:tcPr>
          <w:p w14:paraId="25EBC5B5" w14:textId="77777777" w:rsidR="0009569E" w:rsidRDefault="00000000">
            <w:pPr>
              <w:spacing w:after="0"/>
            </w:pPr>
            <w:r>
              <w:rPr>
                <w:sz w:val="16"/>
              </w:rPr>
              <w:t>Papel interfolhado, equivalente a 5.000 folhas</w:t>
            </w:r>
          </w:p>
        </w:tc>
        <w:tc>
          <w:tcPr>
            <w:tcW w:w="1191" w:type="dxa"/>
            <w:vAlign w:val="center"/>
          </w:tcPr>
          <w:p w14:paraId="610C8712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38A6A0F8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6B7A255B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508A2440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0ECD1287" w14:textId="77777777" w:rsidR="0009569E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510" w:type="dxa"/>
            <w:vAlign w:val="center"/>
          </w:tcPr>
          <w:p w14:paraId="6C4C7AFD" w14:textId="77777777" w:rsidR="0009569E" w:rsidRDefault="00000000">
            <w:pPr>
              <w:spacing w:after="0"/>
            </w:pPr>
            <w:r>
              <w:rPr>
                <w:sz w:val="16"/>
              </w:rPr>
              <w:t>15</w:t>
            </w:r>
          </w:p>
        </w:tc>
        <w:tc>
          <w:tcPr>
            <w:tcW w:w="4592" w:type="dxa"/>
            <w:vAlign w:val="center"/>
          </w:tcPr>
          <w:p w14:paraId="4D1733B8" w14:textId="77777777" w:rsidR="0009569E" w:rsidRDefault="00000000">
            <w:pPr>
              <w:spacing w:after="0"/>
            </w:pPr>
            <w:r>
              <w:rPr>
                <w:sz w:val="16"/>
              </w:rPr>
              <w:t>Desinfetante / limpador perfumado, embalagem 5 L</w:t>
            </w:r>
          </w:p>
        </w:tc>
        <w:tc>
          <w:tcPr>
            <w:tcW w:w="1191" w:type="dxa"/>
            <w:vAlign w:val="center"/>
          </w:tcPr>
          <w:p w14:paraId="0E2804C5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304BB4C3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63626358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49F8A004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5E9D79B3" w14:textId="77777777" w:rsidR="0009569E" w:rsidRDefault="00000000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5A52A8AF" w14:textId="77777777" w:rsidR="0009569E" w:rsidRDefault="00000000"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w="4592" w:type="dxa"/>
            <w:vAlign w:val="center"/>
          </w:tcPr>
          <w:p w14:paraId="301E278E" w14:textId="77777777" w:rsidR="0009569E" w:rsidRDefault="00000000">
            <w:pPr>
              <w:spacing w:after="0"/>
            </w:pPr>
            <w:r>
              <w:rPr>
                <w:sz w:val="16"/>
              </w:rPr>
              <w:t>Detergente lava-louças, embalagem 5 L</w:t>
            </w:r>
          </w:p>
        </w:tc>
        <w:tc>
          <w:tcPr>
            <w:tcW w:w="1191" w:type="dxa"/>
            <w:vAlign w:val="center"/>
          </w:tcPr>
          <w:p w14:paraId="0FE02E3B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265A5764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72D75584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5C720D6D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621F850E" w14:textId="77777777" w:rsidR="0009569E" w:rsidRDefault="00000000"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w="510" w:type="dxa"/>
            <w:vAlign w:val="center"/>
          </w:tcPr>
          <w:p w14:paraId="6E404E7D" w14:textId="77777777" w:rsidR="0009569E" w:rsidRDefault="00000000">
            <w:pPr>
              <w:spacing w:after="0"/>
            </w:pPr>
            <w:r>
              <w:rPr>
                <w:sz w:val="16"/>
              </w:rPr>
              <w:t>15</w:t>
            </w:r>
          </w:p>
        </w:tc>
        <w:tc>
          <w:tcPr>
            <w:tcW w:w="4592" w:type="dxa"/>
            <w:vAlign w:val="center"/>
          </w:tcPr>
          <w:p w14:paraId="340FFA89" w14:textId="77777777" w:rsidR="0009569E" w:rsidRDefault="00000000">
            <w:pPr>
              <w:spacing w:after="0"/>
            </w:pPr>
            <w:r>
              <w:rPr>
                <w:sz w:val="16"/>
              </w:rPr>
              <w:t>Álcool 70%, embalagem 5 L</w:t>
            </w:r>
          </w:p>
        </w:tc>
        <w:tc>
          <w:tcPr>
            <w:tcW w:w="1191" w:type="dxa"/>
            <w:vAlign w:val="center"/>
          </w:tcPr>
          <w:p w14:paraId="640B2D9D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1BE1C3B1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3F1D271B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6FCCB954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1E79E78A" w14:textId="77777777" w:rsidR="0009569E" w:rsidRDefault="00000000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45B463E9" w14:textId="77777777" w:rsidR="0009569E" w:rsidRDefault="00000000">
            <w:pPr>
              <w:spacing w:after="0"/>
            </w:pPr>
            <w:r>
              <w:rPr>
                <w:sz w:val="16"/>
              </w:rPr>
              <w:t>15</w:t>
            </w:r>
          </w:p>
        </w:tc>
        <w:tc>
          <w:tcPr>
            <w:tcW w:w="4592" w:type="dxa"/>
            <w:vAlign w:val="center"/>
          </w:tcPr>
          <w:p w14:paraId="3469C620" w14:textId="77777777" w:rsidR="0009569E" w:rsidRDefault="00000000">
            <w:pPr>
              <w:spacing w:after="0"/>
            </w:pPr>
            <w:r>
              <w:rPr>
                <w:sz w:val="16"/>
              </w:rPr>
              <w:t>Água sanitária, embalagem 5 L</w:t>
            </w:r>
          </w:p>
        </w:tc>
        <w:tc>
          <w:tcPr>
            <w:tcW w:w="1191" w:type="dxa"/>
            <w:vAlign w:val="center"/>
          </w:tcPr>
          <w:p w14:paraId="58E2835A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04D609B6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223F41D1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1713FB54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1BEEB385" w14:textId="77777777" w:rsidR="0009569E" w:rsidRDefault="00000000"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w="510" w:type="dxa"/>
            <w:vAlign w:val="center"/>
          </w:tcPr>
          <w:p w14:paraId="2F69AD4A" w14:textId="77777777" w:rsidR="0009569E" w:rsidRDefault="00000000">
            <w:pPr>
              <w:spacing w:after="0"/>
            </w:pPr>
            <w:r>
              <w:rPr>
                <w:sz w:val="16"/>
              </w:rPr>
              <w:t>48</w:t>
            </w:r>
          </w:p>
        </w:tc>
        <w:tc>
          <w:tcPr>
            <w:tcW w:w="4592" w:type="dxa"/>
            <w:vAlign w:val="center"/>
          </w:tcPr>
          <w:p w14:paraId="0429BDAA" w14:textId="77777777" w:rsidR="0009569E" w:rsidRDefault="00000000">
            <w:pPr>
              <w:spacing w:after="0"/>
            </w:pPr>
            <w:r>
              <w:rPr>
                <w:sz w:val="16"/>
              </w:rPr>
              <w:t>Odorizador de ar aerosol, 360/400 ml</w:t>
            </w:r>
          </w:p>
        </w:tc>
        <w:tc>
          <w:tcPr>
            <w:tcW w:w="1191" w:type="dxa"/>
            <w:vAlign w:val="center"/>
          </w:tcPr>
          <w:p w14:paraId="505DC4B3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384FEBBB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6D134391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2B96F10F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749D7D7C" w14:textId="77777777" w:rsidR="0009569E" w:rsidRDefault="00000000"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w="510" w:type="dxa"/>
            <w:vAlign w:val="center"/>
          </w:tcPr>
          <w:p w14:paraId="58E3F22F" w14:textId="77777777" w:rsidR="0009569E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4592" w:type="dxa"/>
            <w:vAlign w:val="center"/>
          </w:tcPr>
          <w:p w14:paraId="3BCEE3E5" w14:textId="77777777" w:rsidR="0009569E" w:rsidRDefault="00000000">
            <w:pPr>
              <w:spacing w:after="0"/>
            </w:pPr>
            <w:r>
              <w:rPr>
                <w:sz w:val="16"/>
              </w:rPr>
              <w:t>Vassoura</w:t>
            </w:r>
          </w:p>
        </w:tc>
        <w:tc>
          <w:tcPr>
            <w:tcW w:w="1191" w:type="dxa"/>
            <w:vAlign w:val="center"/>
          </w:tcPr>
          <w:p w14:paraId="0B099479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099195FD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3133CEF2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3DDC29BF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58AA8971" w14:textId="77777777" w:rsidR="0009569E" w:rsidRDefault="00000000">
            <w:pPr>
              <w:spacing w:after="0"/>
            </w:pPr>
            <w:r>
              <w:rPr>
                <w:sz w:val="16"/>
              </w:rPr>
              <w:t>9</w:t>
            </w:r>
          </w:p>
        </w:tc>
        <w:tc>
          <w:tcPr>
            <w:tcW w:w="510" w:type="dxa"/>
            <w:vAlign w:val="center"/>
          </w:tcPr>
          <w:p w14:paraId="21678859" w14:textId="77777777" w:rsidR="0009569E" w:rsidRDefault="00000000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4592" w:type="dxa"/>
            <w:vAlign w:val="center"/>
          </w:tcPr>
          <w:p w14:paraId="1BE67F13" w14:textId="77777777" w:rsidR="0009569E" w:rsidRDefault="00000000">
            <w:pPr>
              <w:spacing w:after="0"/>
            </w:pPr>
            <w:r>
              <w:rPr>
                <w:sz w:val="16"/>
              </w:rPr>
              <w:t>Saponáceo cremoso, embalagem 450 ml</w:t>
            </w:r>
          </w:p>
        </w:tc>
        <w:tc>
          <w:tcPr>
            <w:tcW w:w="1191" w:type="dxa"/>
            <w:vAlign w:val="center"/>
          </w:tcPr>
          <w:p w14:paraId="74A5ACFA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12E9F20D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33F7A0AF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3CFAD7E4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423A6BDD" w14:textId="77777777" w:rsidR="0009569E" w:rsidRDefault="00000000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510" w:type="dxa"/>
            <w:vAlign w:val="center"/>
          </w:tcPr>
          <w:p w14:paraId="5648D134" w14:textId="77777777" w:rsidR="0009569E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4592" w:type="dxa"/>
            <w:vAlign w:val="center"/>
          </w:tcPr>
          <w:p w14:paraId="428EA284" w14:textId="77777777" w:rsidR="0009569E" w:rsidRDefault="00000000">
            <w:pPr>
              <w:spacing w:after="0"/>
            </w:pPr>
            <w:r>
              <w:rPr>
                <w:sz w:val="16"/>
              </w:rPr>
              <w:t>Saco para lixo preto 100 L, pacote com 100 unidades</w:t>
            </w:r>
          </w:p>
        </w:tc>
        <w:tc>
          <w:tcPr>
            <w:tcW w:w="1191" w:type="dxa"/>
            <w:vAlign w:val="center"/>
          </w:tcPr>
          <w:p w14:paraId="74FD67A2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387DAF35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48B759BF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0AA0DFEE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7E39280E" w14:textId="77777777" w:rsidR="0009569E" w:rsidRDefault="00000000">
            <w:pPr>
              <w:spacing w:after="0"/>
            </w:pPr>
            <w:r>
              <w:rPr>
                <w:sz w:val="16"/>
              </w:rPr>
              <w:t>11</w:t>
            </w:r>
          </w:p>
        </w:tc>
        <w:tc>
          <w:tcPr>
            <w:tcW w:w="510" w:type="dxa"/>
            <w:vAlign w:val="center"/>
          </w:tcPr>
          <w:p w14:paraId="71C2A64E" w14:textId="77777777" w:rsidR="0009569E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4592" w:type="dxa"/>
            <w:vAlign w:val="center"/>
          </w:tcPr>
          <w:p w14:paraId="5372FD0A" w14:textId="77777777" w:rsidR="0009569E" w:rsidRDefault="00000000">
            <w:pPr>
              <w:spacing w:after="0"/>
            </w:pPr>
            <w:r>
              <w:rPr>
                <w:sz w:val="16"/>
              </w:rPr>
              <w:t>Saco para lixo preto 60 L, pacote com 100 unidades</w:t>
            </w:r>
          </w:p>
        </w:tc>
        <w:tc>
          <w:tcPr>
            <w:tcW w:w="1191" w:type="dxa"/>
            <w:vAlign w:val="center"/>
          </w:tcPr>
          <w:p w14:paraId="7D624876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3E82E349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3E562A48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76A7058D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58BB63C8" w14:textId="77777777" w:rsidR="0009569E" w:rsidRDefault="00000000">
            <w:pPr>
              <w:spacing w:after="0"/>
            </w:pPr>
            <w:r>
              <w:rPr>
                <w:sz w:val="16"/>
              </w:rPr>
              <w:t>12</w:t>
            </w:r>
          </w:p>
        </w:tc>
        <w:tc>
          <w:tcPr>
            <w:tcW w:w="510" w:type="dxa"/>
            <w:vAlign w:val="center"/>
          </w:tcPr>
          <w:p w14:paraId="27EFE3F2" w14:textId="77777777" w:rsidR="0009569E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4592" w:type="dxa"/>
            <w:vAlign w:val="center"/>
          </w:tcPr>
          <w:p w14:paraId="39089128" w14:textId="77777777" w:rsidR="0009569E" w:rsidRDefault="00000000">
            <w:pPr>
              <w:spacing w:after="0"/>
            </w:pPr>
            <w:r>
              <w:rPr>
                <w:sz w:val="16"/>
              </w:rPr>
              <w:t>Saco para lixo preto 30 L, pacote com 100 unidades</w:t>
            </w:r>
          </w:p>
        </w:tc>
        <w:tc>
          <w:tcPr>
            <w:tcW w:w="1191" w:type="dxa"/>
            <w:vAlign w:val="center"/>
          </w:tcPr>
          <w:p w14:paraId="18B587FF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072EFAA9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3052E1A3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4B88ABB9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008CDC2D" w14:textId="77777777" w:rsidR="0009569E" w:rsidRDefault="00000000">
            <w:pPr>
              <w:spacing w:after="0"/>
            </w:pPr>
            <w:r>
              <w:rPr>
                <w:sz w:val="16"/>
              </w:rPr>
              <w:t>13</w:t>
            </w:r>
          </w:p>
        </w:tc>
        <w:tc>
          <w:tcPr>
            <w:tcW w:w="510" w:type="dxa"/>
            <w:vAlign w:val="center"/>
          </w:tcPr>
          <w:p w14:paraId="36E757D4" w14:textId="77777777" w:rsidR="0009569E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4592" w:type="dxa"/>
            <w:vAlign w:val="center"/>
          </w:tcPr>
          <w:p w14:paraId="642143AB" w14:textId="77777777" w:rsidR="0009569E" w:rsidRDefault="00000000">
            <w:pPr>
              <w:spacing w:after="0"/>
            </w:pPr>
            <w:r>
              <w:rPr>
                <w:sz w:val="16"/>
              </w:rPr>
              <w:t>Pano multiuso tipo Perfex, rolo com aproximadamente 600 folhas</w:t>
            </w:r>
          </w:p>
        </w:tc>
        <w:tc>
          <w:tcPr>
            <w:tcW w:w="1191" w:type="dxa"/>
            <w:vAlign w:val="center"/>
          </w:tcPr>
          <w:p w14:paraId="6B2DF2C0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5CC6A4B6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4BA9C8C9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63AA354D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5530B6D7" w14:textId="77777777" w:rsidR="0009569E" w:rsidRDefault="00000000">
            <w:pPr>
              <w:spacing w:after="0"/>
            </w:pPr>
            <w:r>
              <w:rPr>
                <w:sz w:val="16"/>
              </w:rPr>
              <w:t>14</w:t>
            </w:r>
          </w:p>
        </w:tc>
        <w:tc>
          <w:tcPr>
            <w:tcW w:w="510" w:type="dxa"/>
            <w:vAlign w:val="center"/>
          </w:tcPr>
          <w:p w14:paraId="48E33FC1" w14:textId="77777777" w:rsidR="0009569E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4592" w:type="dxa"/>
            <w:vAlign w:val="center"/>
          </w:tcPr>
          <w:p w14:paraId="5111AD4C" w14:textId="77777777" w:rsidR="0009569E" w:rsidRDefault="00000000">
            <w:pPr>
              <w:spacing w:after="0"/>
            </w:pPr>
            <w:r>
              <w:rPr>
                <w:sz w:val="16"/>
              </w:rPr>
              <w:t>Copo plástico 180/200 ml, caixa com 2.500 unidades</w:t>
            </w:r>
          </w:p>
        </w:tc>
        <w:tc>
          <w:tcPr>
            <w:tcW w:w="1191" w:type="dxa"/>
            <w:vAlign w:val="center"/>
          </w:tcPr>
          <w:p w14:paraId="2E3222D0" w14:textId="77777777" w:rsidR="0009569E" w:rsidRDefault="0009569E">
            <w:pPr>
              <w:spacing w:after="0"/>
            </w:pPr>
          </w:p>
        </w:tc>
        <w:tc>
          <w:tcPr>
            <w:tcW w:w="1304" w:type="dxa"/>
            <w:vAlign w:val="center"/>
          </w:tcPr>
          <w:p w14:paraId="546E561C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  <w:tc>
          <w:tcPr>
            <w:tcW w:w="1304" w:type="dxa"/>
            <w:vAlign w:val="center"/>
          </w:tcPr>
          <w:p w14:paraId="27EA5421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  <w:tr w:rsidR="0009569E" w14:paraId="031382F7" w14:textId="77777777">
        <w:trPr>
          <w:cantSplit/>
          <w:jc w:val="center"/>
        </w:trPr>
        <w:tc>
          <w:tcPr>
            <w:tcW w:w="1304" w:type="dxa"/>
            <w:gridSpan w:val="5"/>
            <w:vAlign w:val="center"/>
          </w:tcPr>
          <w:p w14:paraId="13CBB779" w14:textId="77777777" w:rsidR="0009569E" w:rsidRDefault="00000000">
            <w:pPr>
              <w:spacing w:after="0"/>
            </w:pPr>
            <w:r>
              <w:rPr>
                <w:sz w:val="16"/>
              </w:rPr>
              <w:t>VALOR TOTAL DA PROPOSTA</w:t>
            </w:r>
          </w:p>
        </w:tc>
        <w:tc>
          <w:tcPr>
            <w:tcW w:w="1304" w:type="dxa"/>
            <w:vAlign w:val="center"/>
          </w:tcPr>
          <w:p w14:paraId="094A5109" w14:textId="77777777" w:rsidR="0009569E" w:rsidRDefault="00000000">
            <w:pPr>
              <w:spacing w:after="0"/>
            </w:pPr>
            <w:r>
              <w:rPr>
                <w:sz w:val="16"/>
              </w:rPr>
              <w:t>R$</w:t>
            </w:r>
          </w:p>
        </w:tc>
      </w:tr>
    </w:tbl>
    <w:p w14:paraId="1E93F627" w14:textId="77777777" w:rsidR="0009569E" w:rsidRDefault="00000000">
      <w:pPr>
        <w:spacing w:before="40" w:after="0"/>
      </w:pPr>
      <w:r>
        <w:t>O fornecedor poderá apresentar proposta para todos os itens ou somente para aqueles que tenha interesse em fornecer. O julgamento será realizado pelo menor preço por item.</w:t>
      </w:r>
    </w:p>
    <w:p w14:paraId="2D570765" w14:textId="77777777" w:rsidR="0009569E" w:rsidRDefault="00000000">
      <w:pPr>
        <w:spacing w:before="40" w:after="0"/>
      </w:pPr>
      <w:r>
        <w:t>Prazo de entrega: ____________________________________________</w:t>
      </w:r>
    </w:p>
    <w:p w14:paraId="7EC37445" w14:textId="77777777" w:rsidR="0009569E" w:rsidRDefault="00000000">
      <w:pPr>
        <w:spacing w:before="40" w:after="0"/>
      </w:pPr>
      <w:r>
        <w:t>Validade da proposta: mínimo de 60 (sessenta) dias.</w:t>
      </w:r>
    </w:p>
    <w:p w14:paraId="2B507F51" w14:textId="77777777" w:rsidR="0009569E" w:rsidRDefault="00000000">
      <w:pPr>
        <w:spacing w:after="0"/>
      </w:pPr>
      <w:r>
        <w:rPr>
          <w:b/>
        </w:rPr>
        <w:t>DADOS DO CLIENTE</w:t>
      </w:r>
    </w:p>
    <w:p w14:paraId="4A3110D4" w14:textId="77777777" w:rsidR="0009569E" w:rsidRDefault="00000000">
      <w:pPr>
        <w:spacing w:after="0"/>
      </w:pPr>
      <w:r>
        <w:t>Cliente: CÂMARA MUNICIPAL DE ESTRELA/RS</w:t>
      </w:r>
    </w:p>
    <w:p w14:paraId="575F7D04" w14:textId="77777777" w:rsidR="0009569E" w:rsidRDefault="00000000">
      <w:pPr>
        <w:spacing w:after="0"/>
      </w:pPr>
      <w:r>
        <w:t>CNPJ: 05.363.249/0001-85    IE: ISENTO</w:t>
      </w:r>
    </w:p>
    <w:p w14:paraId="054BE0CB" w14:textId="77777777" w:rsidR="0009569E" w:rsidRDefault="00000000">
      <w:pPr>
        <w:spacing w:after="0"/>
      </w:pPr>
      <w:r>
        <w:t>Endereço: RUA DOUTOR TOSTES, 51 – CENTRO – ESTRELA/RS – CEP 95.880-000</w:t>
      </w:r>
    </w:p>
    <w:p w14:paraId="4AFB7328" w14:textId="77777777" w:rsidR="0009569E" w:rsidRDefault="00000000">
      <w:pPr>
        <w:spacing w:after="0"/>
      </w:pPr>
      <w:r>
        <w:t>Telefone: (51) 3981-1161    E-mail: compras@estrela.rs.leg.br</w:t>
      </w:r>
    </w:p>
    <w:p w14:paraId="2B7DB434" w14:textId="77777777" w:rsidR="0009569E" w:rsidRDefault="00000000">
      <w:pPr>
        <w:spacing w:after="0"/>
      </w:pPr>
      <w:r>
        <w:rPr>
          <w:b/>
        </w:rPr>
        <w:t>DECLARAÇÃO</w:t>
      </w:r>
    </w:p>
    <w:p w14:paraId="1076ED3C" w14:textId="77777777" w:rsidR="0009569E" w:rsidRDefault="00000000">
      <w:pPr>
        <w:spacing w:after="80"/>
      </w:pPr>
      <w:r>
        <w:t>Declaro, para os devidos fins, que: (1) conheço e aceito as condições do Aviso de Intenção de Contratação Direta e do DFD integrado ao Termo de Referência Simplificado; (2) os itens ofertados atendem às especificações, quantidades, condições e prazos exigidos; (3) os materiais são novos, próprios para uso e serão entregues em perfeito estado, observados os prazos de validade aplicáveis; (4) os preços incluem frete, transporte, tributos, encargos e demais custos; (5) a proposta terá validade mínima de 60 dias; e (6) a marca indicada corresponde ao produto a ser fornecido, não sendo admitida substituição por produto inferior ou diverso sem prévia anuência da Câmara.</w:t>
      </w:r>
    </w:p>
    <w:p w14:paraId="3D77CF12" w14:textId="77777777" w:rsidR="0009569E" w:rsidRDefault="00000000">
      <w:pPr>
        <w:jc w:val="center"/>
      </w:pPr>
      <w:r>
        <w:t>____________________________________________</w:t>
      </w:r>
      <w:r>
        <w:br/>
        <w:t>Representante da Empresa</w:t>
      </w:r>
      <w:r>
        <w:br/>
        <w:t>(Carimbo com assinatura e/ou assinatura digital)</w:t>
      </w:r>
    </w:p>
    <w:sectPr w:rsidR="0009569E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0978403">
    <w:abstractNumId w:val="8"/>
  </w:num>
  <w:num w:numId="2" w16cid:durableId="218134821">
    <w:abstractNumId w:val="6"/>
  </w:num>
  <w:num w:numId="3" w16cid:durableId="1164391872">
    <w:abstractNumId w:val="5"/>
  </w:num>
  <w:num w:numId="4" w16cid:durableId="2079859237">
    <w:abstractNumId w:val="4"/>
  </w:num>
  <w:num w:numId="5" w16cid:durableId="1049189940">
    <w:abstractNumId w:val="7"/>
  </w:num>
  <w:num w:numId="6" w16cid:durableId="632249452">
    <w:abstractNumId w:val="3"/>
  </w:num>
  <w:num w:numId="7" w16cid:durableId="1740244251">
    <w:abstractNumId w:val="2"/>
  </w:num>
  <w:num w:numId="8" w16cid:durableId="1028023738">
    <w:abstractNumId w:val="1"/>
  </w:num>
  <w:num w:numId="9" w16cid:durableId="1380012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69E"/>
    <w:rsid w:val="0015074B"/>
    <w:rsid w:val="0029639D"/>
    <w:rsid w:val="00326F90"/>
    <w:rsid w:val="00AA1D8D"/>
    <w:rsid w:val="00B205C2"/>
    <w:rsid w:val="00B47730"/>
    <w:rsid w:val="00CB0664"/>
    <w:rsid w:val="00D90A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6F92D7"/>
  <w14:defaultImageDpi w14:val="300"/>
  <w15:docId w15:val="{B7D96FE5-249C-405E-A3D5-EA57D36C6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Elisangela Origuella</cp:lastModifiedBy>
  <cp:revision>2</cp:revision>
  <dcterms:created xsi:type="dcterms:W3CDTF">2026-09-16T13:13:00Z</dcterms:created>
  <dcterms:modified xsi:type="dcterms:W3CDTF">2026-09-16T13:13:00Z</dcterms:modified>
  <cp:category/>
</cp:coreProperties>
</file>