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20B1C" w14:textId="77777777" w:rsidR="0070270F" w:rsidRDefault="00E46E43">
      <w:pPr>
        <w:jc w:val="center"/>
      </w:pPr>
      <w:r>
        <w:rPr>
          <w:b/>
          <w:sz w:val="24"/>
        </w:rPr>
        <w:t>ANEXO II – MODELO DE PROPOSTA COMERCIAL</w:t>
      </w:r>
    </w:p>
    <w:p w14:paraId="5710D49D" w14:textId="77777777" w:rsidR="0070270F" w:rsidRDefault="00E46E43">
      <w:pPr>
        <w:jc w:val="center"/>
        <w:rPr>
          <w:b/>
          <w:sz w:val="22"/>
        </w:rPr>
      </w:pPr>
      <w:r>
        <w:rPr>
          <w:b/>
          <w:sz w:val="22"/>
        </w:rPr>
        <w:t>CONTRATAÇÃO DE SERVIÇO DE ACESSO À INTERNET</w:t>
      </w:r>
    </w:p>
    <w:p w14:paraId="264BF1BC" w14:textId="77777777" w:rsidR="002719E7" w:rsidRDefault="002719E7" w:rsidP="002719E7">
      <w:pPr>
        <w:jc w:val="center"/>
      </w:pPr>
      <w:r>
        <w:rPr>
          <w:b/>
        </w:rPr>
        <w:t>CONTRATAÇÃO DIRETA POR DISPENSA DE LICITAÇÃO 08/2026</w:t>
      </w:r>
    </w:p>
    <w:p w14:paraId="3BB961A7" w14:textId="3DA31DA3" w:rsidR="0070270F" w:rsidRDefault="00E46E43">
      <w:pPr>
        <w:jc w:val="center"/>
      </w:pPr>
      <w:proofErr w:type="spellStart"/>
      <w:r>
        <w:rPr>
          <w:b/>
        </w:rPr>
        <w:t>Comunicação</w:t>
      </w:r>
      <w:proofErr w:type="spellEnd"/>
      <w:r>
        <w:rPr>
          <w:b/>
        </w:rPr>
        <w:t xml:space="preserve"> Interna nº 26/2026 – </w:t>
      </w:r>
      <w:proofErr w:type="spellStart"/>
      <w:r>
        <w:rPr>
          <w:b/>
        </w:rPr>
        <w:t>Protocolo</w:t>
      </w:r>
      <w:proofErr w:type="spellEnd"/>
      <w:r>
        <w:rPr>
          <w:b/>
        </w:rPr>
        <w:t xml:space="preserve"> nº 1030</w:t>
      </w:r>
      <w:r w:rsidR="00414FDF">
        <w:rPr>
          <w:b/>
        </w:rPr>
        <w:t>/20</w:t>
      </w:r>
      <w:r w:rsidR="00A3330D">
        <w:rPr>
          <w:b/>
        </w:rPr>
        <w:t>26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70270F" w14:paraId="6E69BB41" w14:textId="77777777">
        <w:trPr>
          <w:jc w:val="center"/>
        </w:trPr>
        <w:tc>
          <w:tcPr>
            <w:tcW w:w="5100" w:type="dxa"/>
            <w:vAlign w:val="center"/>
          </w:tcPr>
          <w:p w14:paraId="51E41C9B" w14:textId="77777777" w:rsidR="0070270F" w:rsidRDefault="00E46E43">
            <w:pPr>
              <w:spacing w:after="0" w:line="216" w:lineRule="auto"/>
            </w:pPr>
            <w:r>
              <w:rPr>
                <w:sz w:val="18"/>
              </w:rPr>
              <w:t>EMPRESA:</w:t>
            </w:r>
          </w:p>
        </w:tc>
        <w:tc>
          <w:tcPr>
            <w:tcW w:w="5100" w:type="dxa"/>
            <w:vAlign w:val="center"/>
          </w:tcPr>
          <w:p w14:paraId="372A5774" w14:textId="77777777" w:rsidR="0070270F" w:rsidRDefault="00E46E43">
            <w:pPr>
              <w:spacing w:after="0" w:line="216" w:lineRule="auto"/>
            </w:pPr>
            <w:r>
              <w:rPr>
                <w:sz w:val="18"/>
              </w:rPr>
              <w:t>CNPJ:</w:t>
            </w:r>
          </w:p>
        </w:tc>
      </w:tr>
      <w:tr w:rsidR="0070270F" w14:paraId="5EC79B7A" w14:textId="77777777">
        <w:trPr>
          <w:jc w:val="center"/>
        </w:trPr>
        <w:tc>
          <w:tcPr>
            <w:tcW w:w="5100" w:type="dxa"/>
            <w:vAlign w:val="center"/>
          </w:tcPr>
          <w:p w14:paraId="69419CB4" w14:textId="77777777" w:rsidR="0070270F" w:rsidRDefault="00E46E43">
            <w:pPr>
              <w:spacing w:after="0" w:line="216" w:lineRule="auto"/>
            </w:pPr>
            <w:r>
              <w:rPr>
                <w:sz w:val="18"/>
              </w:rPr>
              <w:t>ENDEREÇO:</w:t>
            </w:r>
          </w:p>
        </w:tc>
        <w:tc>
          <w:tcPr>
            <w:tcW w:w="5100" w:type="dxa"/>
            <w:vAlign w:val="center"/>
          </w:tcPr>
          <w:p w14:paraId="15259B68" w14:textId="77777777" w:rsidR="0070270F" w:rsidRDefault="00E46E43">
            <w:pPr>
              <w:spacing w:after="0" w:line="216" w:lineRule="auto"/>
            </w:pPr>
            <w:r>
              <w:rPr>
                <w:sz w:val="18"/>
              </w:rPr>
              <w:t>CIDADE/UF:</w:t>
            </w:r>
          </w:p>
        </w:tc>
      </w:tr>
      <w:tr w:rsidR="0070270F" w14:paraId="433E3D9C" w14:textId="77777777">
        <w:trPr>
          <w:jc w:val="center"/>
        </w:trPr>
        <w:tc>
          <w:tcPr>
            <w:tcW w:w="5100" w:type="dxa"/>
            <w:vAlign w:val="center"/>
          </w:tcPr>
          <w:p w14:paraId="2AA48817" w14:textId="77777777" w:rsidR="0070270F" w:rsidRDefault="00E46E43">
            <w:pPr>
              <w:spacing w:after="0" w:line="216" w:lineRule="auto"/>
            </w:pPr>
            <w:r>
              <w:rPr>
                <w:sz w:val="18"/>
              </w:rPr>
              <w:t>BAIRRO:</w:t>
            </w:r>
          </w:p>
        </w:tc>
        <w:tc>
          <w:tcPr>
            <w:tcW w:w="5100" w:type="dxa"/>
            <w:vAlign w:val="center"/>
          </w:tcPr>
          <w:p w14:paraId="05059BFF" w14:textId="77777777" w:rsidR="0070270F" w:rsidRDefault="00E46E43">
            <w:pPr>
              <w:spacing w:after="0" w:line="216" w:lineRule="auto"/>
            </w:pPr>
            <w:r>
              <w:rPr>
                <w:sz w:val="18"/>
              </w:rPr>
              <w:t>CEP:</w:t>
            </w:r>
          </w:p>
        </w:tc>
      </w:tr>
      <w:tr w:rsidR="0070270F" w14:paraId="77CCCD54" w14:textId="77777777">
        <w:trPr>
          <w:jc w:val="center"/>
        </w:trPr>
        <w:tc>
          <w:tcPr>
            <w:tcW w:w="5100" w:type="dxa"/>
            <w:vAlign w:val="center"/>
          </w:tcPr>
          <w:p w14:paraId="45CE5773" w14:textId="77777777" w:rsidR="0070270F" w:rsidRPr="00EB4CC5" w:rsidRDefault="00E46E43">
            <w:pPr>
              <w:spacing w:after="0" w:line="216" w:lineRule="auto"/>
            </w:pPr>
            <w:r w:rsidRPr="00EB4CC5">
              <w:rPr>
                <w:sz w:val="18"/>
              </w:rPr>
              <w:t>TELEFONE/CELULAR:</w:t>
            </w:r>
          </w:p>
        </w:tc>
        <w:tc>
          <w:tcPr>
            <w:tcW w:w="5100" w:type="dxa"/>
            <w:vAlign w:val="center"/>
          </w:tcPr>
          <w:p w14:paraId="17FD9F16" w14:textId="77777777" w:rsidR="0070270F" w:rsidRDefault="00E46E43">
            <w:pPr>
              <w:spacing w:after="0" w:line="216" w:lineRule="auto"/>
            </w:pPr>
            <w:r w:rsidRPr="00EB4CC5">
              <w:rPr>
                <w:sz w:val="18"/>
              </w:rPr>
              <w:t>E-MAIL:</w:t>
            </w:r>
          </w:p>
        </w:tc>
      </w:tr>
      <w:tr w:rsidR="0070270F" w14:paraId="6C3F1537" w14:textId="77777777">
        <w:trPr>
          <w:jc w:val="center"/>
        </w:trPr>
        <w:tc>
          <w:tcPr>
            <w:tcW w:w="5100" w:type="dxa"/>
            <w:vAlign w:val="center"/>
          </w:tcPr>
          <w:p w14:paraId="06EE1484" w14:textId="77777777" w:rsidR="0070270F" w:rsidRDefault="00E46E43">
            <w:pPr>
              <w:spacing w:after="0" w:line="216" w:lineRule="auto"/>
            </w:pPr>
            <w:r>
              <w:rPr>
                <w:sz w:val="18"/>
              </w:rPr>
              <w:t>REPRESENTANTE LEGAL:</w:t>
            </w:r>
          </w:p>
        </w:tc>
        <w:tc>
          <w:tcPr>
            <w:tcW w:w="5100" w:type="dxa"/>
            <w:vAlign w:val="center"/>
          </w:tcPr>
          <w:p w14:paraId="7695CF50" w14:textId="77777777" w:rsidR="0070270F" w:rsidRDefault="00E46E43">
            <w:pPr>
              <w:spacing w:after="0" w:line="216" w:lineRule="auto"/>
            </w:pPr>
            <w:r>
              <w:rPr>
                <w:sz w:val="18"/>
              </w:rPr>
              <w:t>CPF:</w:t>
            </w:r>
          </w:p>
        </w:tc>
      </w:tr>
    </w:tbl>
    <w:p w14:paraId="4B1DC136" w14:textId="77777777" w:rsidR="0070270F" w:rsidRDefault="0070270F"/>
    <w:p w14:paraId="4F8A138D" w14:textId="77777777" w:rsidR="0070270F" w:rsidRDefault="00E46E43">
      <w:pPr>
        <w:jc w:val="both"/>
      </w:pPr>
      <w:r>
        <w:t>À Câmara Municipal de Vereadores de Estrela/RS, apresentamos proposta comercial para a prestação do serviço abaixo, em conformidade com o Edital de Aviso de Intenção de Contratação Direta e seus anexos.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70270F" w14:paraId="0FA5DC61" w14:textId="77777777">
        <w:trPr>
          <w:jc w:val="center"/>
        </w:trPr>
        <w:tc>
          <w:tcPr>
            <w:tcW w:w="2040" w:type="dxa"/>
            <w:vAlign w:val="center"/>
          </w:tcPr>
          <w:p w14:paraId="7F1CE761" w14:textId="77777777" w:rsidR="0070270F" w:rsidRDefault="00E46E43">
            <w:pPr>
              <w:spacing w:after="0" w:line="216" w:lineRule="auto"/>
              <w:jc w:val="center"/>
            </w:pPr>
            <w:r>
              <w:rPr>
                <w:b/>
                <w:sz w:val="18"/>
              </w:rPr>
              <w:t>Qtd.</w:t>
            </w:r>
          </w:p>
        </w:tc>
        <w:tc>
          <w:tcPr>
            <w:tcW w:w="2040" w:type="dxa"/>
            <w:vAlign w:val="center"/>
          </w:tcPr>
          <w:p w14:paraId="12E5684E" w14:textId="77777777" w:rsidR="0070270F" w:rsidRDefault="00E46E43">
            <w:pPr>
              <w:spacing w:after="0" w:line="216" w:lineRule="auto"/>
              <w:jc w:val="center"/>
            </w:pPr>
            <w:r>
              <w:rPr>
                <w:b/>
                <w:sz w:val="18"/>
              </w:rPr>
              <w:t>Descrição</w:t>
            </w:r>
          </w:p>
        </w:tc>
        <w:tc>
          <w:tcPr>
            <w:tcW w:w="2040" w:type="dxa"/>
            <w:vAlign w:val="center"/>
          </w:tcPr>
          <w:p w14:paraId="05DF39C1" w14:textId="77777777" w:rsidR="0070270F" w:rsidRDefault="00E46E43">
            <w:pPr>
              <w:spacing w:after="0" w:line="216" w:lineRule="auto"/>
              <w:jc w:val="center"/>
            </w:pPr>
            <w:r>
              <w:rPr>
                <w:b/>
                <w:sz w:val="18"/>
              </w:rPr>
              <w:t>Valor mensal</w:t>
            </w:r>
          </w:p>
        </w:tc>
        <w:tc>
          <w:tcPr>
            <w:tcW w:w="2040" w:type="dxa"/>
            <w:vAlign w:val="center"/>
          </w:tcPr>
          <w:p w14:paraId="5FB7442E" w14:textId="77777777" w:rsidR="0070270F" w:rsidRDefault="00E46E43">
            <w:pPr>
              <w:spacing w:after="0" w:line="216" w:lineRule="auto"/>
              <w:jc w:val="center"/>
            </w:pPr>
            <w:r>
              <w:rPr>
                <w:b/>
                <w:sz w:val="18"/>
              </w:rPr>
              <w:t>Instalação / ativação</w:t>
            </w:r>
          </w:p>
        </w:tc>
        <w:tc>
          <w:tcPr>
            <w:tcW w:w="2040" w:type="dxa"/>
            <w:vAlign w:val="center"/>
          </w:tcPr>
          <w:p w14:paraId="14BF72DA" w14:textId="77777777" w:rsidR="0070270F" w:rsidRDefault="00E46E43">
            <w:pPr>
              <w:spacing w:after="0" w:line="216" w:lineRule="auto"/>
              <w:jc w:val="center"/>
            </w:pPr>
            <w:r>
              <w:rPr>
                <w:b/>
                <w:sz w:val="18"/>
              </w:rPr>
              <w:t>Valor global – 60 meses</w:t>
            </w:r>
          </w:p>
        </w:tc>
      </w:tr>
      <w:tr w:rsidR="0070270F" w14:paraId="29BCE0AB" w14:textId="77777777">
        <w:trPr>
          <w:jc w:val="center"/>
        </w:trPr>
        <w:tc>
          <w:tcPr>
            <w:tcW w:w="2040" w:type="dxa"/>
            <w:vAlign w:val="center"/>
          </w:tcPr>
          <w:p w14:paraId="69043E24" w14:textId="77777777" w:rsidR="0070270F" w:rsidRDefault="00E46E43">
            <w:pPr>
              <w:spacing w:after="0" w:line="216" w:lineRule="auto"/>
              <w:jc w:val="center"/>
            </w:pPr>
            <w:r>
              <w:rPr>
                <w:sz w:val="18"/>
              </w:rPr>
              <w:t>01</w:t>
            </w:r>
          </w:p>
        </w:tc>
        <w:tc>
          <w:tcPr>
            <w:tcW w:w="2040" w:type="dxa"/>
            <w:vAlign w:val="center"/>
          </w:tcPr>
          <w:p w14:paraId="62D0E12A" w14:textId="77777777" w:rsidR="0070270F" w:rsidRDefault="00E46E43">
            <w:pPr>
              <w:spacing w:after="0" w:line="216" w:lineRule="auto"/>
              <w:jc w:val="center"/>
            </w:pPr>
            <w:r>
              <w:rPr>
                <w:sz w:val="18"/>
              </w:rPr>
              <w:t>Prestação contínua de serviço de acesso à internet banda larga por fibra óptica, com velocidade nominal de 1 Gbps, incluindo 01 (um) endereço de IP fixo válido, suporte técnico e os equipamentos necessários à prestação do serviço, conforme Edital e Termo de Referência.</w:t>
            </w:r>
          </w:p>
        </w:tc>
        <w:tc>
          <w:tcPr>
            <w:tcW w:w="2040" w:type="dxa"/>
            <w:vAlign w:val="center"/>
          </w:tcPr>
          <w:p w14:paraId="025AEC4B" w14:textId="77777777" w:rsidR="0070270F" w:rsidRDefault="00E46E43">
            <w:pPr>
              <w:spacing w:after="0" w:line="216" w:lineRule="auto"/>
              <w:jc w:val="center"/>
            </w:pPr>
            <w:r>
              <w:rPr>
                <w:sz w:val="18"/>
              </w:rPr>
              <w:t>R$ __________</w:t>
            </w:r>
          </w:p>
        </w:tc>
        <w:tc>
          <w:tcPr>
            <w:tcW w:w="2040" w:type="dxa"/>
            <w:vAlign w:val="center"/>
          </w:tcPr>
          <w:p w14:paraId="7527992A" w14:textId="77777777" w:rsidR="0070270F" w:rsidRDefault="00E46E43">
            <w:pPr>
              <w:spacing w:after="0" w:line="216" w:lineRule="auto"/>
              <w:jc w:val="center"/>
            </w:pPr>
            <w:r>
              <w:rPr>
                <w:sz w:val="18"/>
              </w:rPr>
              <w:t>R$ __________</w:t>
            </w:r>
          </w:p>
        </w:tc>
        <w:tc>
          <w:tcPr>
            <w:tcW w:w="2040" w:type="dxa"/>
            <w:vAlign w:val="center"/>
          </w:tcPr>
          <w:p w14:paraId="0B2BC8A4" w14:textId="77777777" w:rsidR="0070270F" w:rsidRDefault="00E46E43">
            <w:pPr>
              <w:spacing w:after="0" w:line="216" w:lineRule="auto"/>
              <w:jc w:val="center"/>
            </w:pPr>
            <w:r>
              <w:rPr>
                <w:sz w:val="18"/>
              </w:rPr>
              <w:t>R$ __________</w:t>
            </w:r>
          </w:p>
        </w:tc>
      </w:tr>
    </w:tbl>
    <w:p w14:paraId="4E03D696" w14:textId="77777777" w:rsidR="0070270F" w:rsidRDefault="00E46E43">
      <w:r>
        <w:rPr>
          <w:b/>
        </w:rPr>
        <w:t>CONDIÇÕES E ESPECIFICAÇÕES A SEREM OBSERVADAS</w:t>
      </w:r>
    </w:p>
    <w:p w14:paraId="044C29DD" w14:textId="77777777" w:rsidR="0070270F" w:rsidRDefault="00E46E43">
      <w:pPr>
        <w:pStyle w:val="Commarcadores"/>
        <w:ind w:left="283"/>
      </w:pPr>
      <w:r>
        <w:t>Conexão de internet banda larga por fibra óptica até o ponto de atendimento da Câmara Municipal.</w:t>
      </w:r>
    </w:p>
    <w:p w14:paraId="78EEAFF0" w14:textId="77777777" w:rsidR="0070270F" w:rsidRDefault="00E46E43">
      <w:pPr>
        <w:pStyle w:val="Commarcadores"/>
        <w:ind w:left="283"/>
      </w:pPr>
      <w:r>
        <w:t xml:space="preserve">Velocidade </w:t>
      </w:r>
      <w:r w:rsidRPr="00EB4CC5">
        <w:t>nominal de 1 Gbps de download.</w:t>
      </w:r>
    </w:p>
    <w:p w14:paraId="77E09447" w14:textId="77777777" w:rsidR="0070270F" w:rsidRDefault="00E46E43">
      <w:pPr>
        <w:pStyle w:val="Commarcadores"/>
        <w:ind w:left="283"/>
      </w:pPr>
      <w:r>
        <w:t>Fornecimento de 01 (um) endereço de IP fixo válido.</w:t>
      </w:r>
    </w:p>
    <w:p w14:paraId="7DA55F00" w14:textId="77777777" w:rsidR="0070270F" w:rsidRDefault="00E46E43">
      <w:pPr>
        <w:pStyle w:val="Commarcadores"/>
        <w:ind w:left="283"/>
      </w:pPr>
      <w:r>
        <w:t>Serviço de acesso à internet disponível de forma contínua, 24 (vinte e quatro) horas por dia, 7 (sete) dias por semana.</w:t>
      </w:r>
    </w:p>
    <w:p w14:paraId="4C3A82E7" w14:textId="77777777" w:rsidR="0070270F" w:rsidRDefault="00E46E43">
      <w:pPr>
        <w:pStyle w:val="Commarcadores"/>
        <w:ind w:left="283"/>
      </w:pPr>
      <w:r>
        <w:t>Instalação, ativação e configuração do serviço, incluindo os equipamentos necessários à sua prestação.</w:t>
      </w:r>
    </w:p>
    <w:p w14:paraId="7BBCB427" w14:textId="77777777" w:rsidR="0070270F" w:rsidRDefault="00E46E43">
      <w:pPr>
        <w:pStyle w:val="Commarcadores"/>
        <w:ind w:left="283"/>
      </w:pPr>
      <w:r>
        <w:t>Suporte técnico para eventuais falhas ou indisponibilidades do serviço, com atendimento em até 48 (quarenta e oito) horas após a abertura do chamado.</w:t>
      </w:r>
    </w:p>
    <w:p w14:paraId="11582D03" w14:textId="77777777" w:rsidR="0070270F" w:rsidRDefault="00E46E43">
      <w:pPr>
        <w:pStyle w:val="Commarcadores"/>
        <w:ind w:left="283"/>
      </w:pPr>
      <w:r>
        <w:t>Vigência inicial do contrato de 60 (sessenta) meses, observadas as condições do Edital, do Termo de Referência e do instrumento contratual.</w:t>
      </w:r>
    </w:p>
    <w:p w14:paraId="7EC394D7" w14:textId="77777777" w:rsidR="0070270F" w:rsidRDefault="00E46E43">
      <w:pPr>
        <w:jc w:val="both"/>
      </w:pPr>
      <w:r>
        <w:rPr>
          <w:b/>
        </w:rPr>
        <w:t xml:space="preserve">Declaração de atendimento: </w:t>
      </w:r>
      <w:r>
        <w:t>A empresa declara que a proposta apresentada atende integralmente às especificações e condições do Edital e de seus anexos, ressalvadas exclusivamente as condições expressamente indicadas abaixo.</w:t>
      </w:r>
    </w:p>
    <w:p w14:paraId="30320A9F" w14:textId="77777777" w:rsidR="0070270F" w:rsidRDefault="00E46E43">
      <w:r>
        <w:rPr>
          <w:b/>
        </w:rPr>
        <w:t xml:space="preserve">Ressalvas, limitações ou condições divergentes (se houver): </w:t>
      </w:r>
      <w:r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0ACE3BD3" w14:textId="77777777" w:rsidR="0070270F" w:rsidRDefault="00E46E43">
      <w:r>
        <w:rPr>
          <w:b/>
        </w:rPr>
        <w:t>INFORMAÇÕES COMPLEMENTARES</w:t>
      </w:r>
    </w:p>
    <w:p w14:paraId="24D9BAC3" w14:textId="77777777" w:rsidR="0070270F" w:rsidRDefault="00E46E43">
      <w:r>
        <w:t>• Prazo estimado para instalação/ativação do serviço: ________________________________.</w:t>
      </w:r>
    </w:p>
    <w:p w14:paraId="4FDE8BA7" w14:textId="77777777" w:rsidR="0070270F" w:rsidRDefault="00E46E43">
      <w:r>
        <w:t>• Validade da proposta: ______ dias (mínimo de 60 dias).</w:t>
      </w:r>
    </w:p>
    <w:p w14:paraId="27A06414" w14:textId="77777777" w:rsidR="0070270F" w:rsidRDefault="00E46E43">
      <w:r>
        <w:t>• Eventuais custos de instalação, ativação ou outros custos adicionais deverão estar expressamente indicados na proposta.</w:t>
      </w:r>
    </w:p>
    <w:p w14:paraId="4F2C2802" w14:textId="77777777" w:rsidR="0070270F" w:rsidRDefault="00E46E43">
      <w:r>
        <w:t>• O valor global para 60 meses deverá corresponder ao valor mensal ofertado multiplicado por 60, acrescido apenas de eventual custo de instalação/ativação expressamente informado, se aplicável.</w:t>
      </w:r>
    </w:p>
    <w:p w14:paraId="6C07BF46" w14:textId="77777777" w:rsidR="0070270F" w:rsidRDefault="00E46E43">
      <w:pPr>
        <w:jc w:val="center"/>
      </w:pPr>
      <w:r>
        <w:t>______________________________, ______ de __________________________ de 2026.</w:t>
      </w:r>
      <w:r>
        <w:br/>
      </w:r>
      <w:r>
        <w:br/>
        <w:t>____________________________________________</w:t>
      </w:r>
      <w:r>
        <w:br/>
      </w:r>
      <w:r>
        <w:rPr>
          <w:b/>
        </w:rPr>
        <w:t>Representante legal da empresa</w:t>
      </w:r>
      <w:r>
        <w:rPr>
          <w:b/>
        </w:rPr>
        <w:br/>
      </w:r>
      <w:r>
        <w:t>Nome: ______________________________________</w:t>
      </w:r>
      <w:r>
        <w:br/>
        <w:t>CPF: _______________________________________</w:t>
      </w:r>
    </w:p>
    <w:sectPr w:rsidR="0070270F" w:rsidSect="00034616">
      <w:pgSz w:w="12240" w:h="15840"/>
      <w:pgMar w:top="624" w:right="907" w:bottom="62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8473704">
    <w:abstractNumId w:val="8"/>
  </w:num>
  <w:num w:numId="2" w16cid:durableId="1507550611">
    <w:abstractNumId w:val="6"/>
  </w:num>
  <w:num w:numId="3" w16cid:durableId="20210735">
    <w:abstractNumId w:val="5"/>
  </w:num>
  <w:num w:numId="4" w16cid:durableId="644159708">
    <w:abstractNumId w:val="4"/>
  </w:num>
  <w:num w:numId="5" w16cid:durableId="1120610722">
    <w:abstractNumId w:val="7"/>
  </w:num>
  <w:num w:numId="6" w16cid:durableId="316424522">
    <w:abstractNumId w:val="3"/>
  </w:num>
  <w:num w:numId="7" w16cid:durableId="1766800907">
    <w:abstractNumId w:val="2"/>
  </w:num>
  <w:num w:numId="8" w16cid:durableId="1535576253">
    <w:abstractNumId w:val="1"/>
  </w:num>
  <w:num w:numId="9" w16cid:durableId="1248348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02D"/>
    <w:rsid w:val="0006063C"/>
    <w:rsid w:val="000F4792"/>
    <w:rsid w:val="0015074B"/>
    <w:rsid w:val="002719E7"/>
    <w:rsid w:val="0029639D"/>
    <w:rsid w:val="00326F90"/>
    <w:rsid w:val="00414FDF"/>
    <w:rsid w:val="004C3FF4"/>
    <w:rsid w:val="00580717"/>
    <w:rsid w:val="0070270F"/>
    <w:rsid w:val="00832480"/>
    <w:rsid w:val="009361E7"/>
    <w:rsid w:val="00A3330D"/>
    <w:rsid w:val="00AA1D8D"/>
    <w:rsid w:val="00B47730"/>
    <w:rsid w:val="00BD0822"/>
    <w:rsid w:val="00CB0664"/>
    <w:rsid w:val="00D85062"/>
    <w:rsid w:val="00E46E43"/>
    <w:rsid w:val="00EB4C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46919"/>
  <w14:defaultImageDpi w14:val="300"/>
  <w15:docId w15:val="{C3D619B0-29B2-455E-A952-0F86E8DC5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28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Elisangela Origuella</cp:lastModifiedBy>
  <cp:revision>2</cp:revision>
  <dcterms:created xsi:type="dcterms:W3CDTF">2026-10-05T19:04:00Z</dcterms:created>
  <dcterms:modified xsi:type="dcterms:W3CDTF">2026-10-05T19:04:00Z</dcterms:modified>
  <cp:category/>
</cp:coreProperties>
</file>