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903C5" w14:textId="2F10DEB1" w:rsidR="009F5C27" w:rsidRDefault="000213F3">
      <w:r>
        <w:rPr>
          <w:b/>
        </w:rPr>
        <w:t>LOGO DA EMPRESA</w:t>
      </w:r>
      <w:r w:rsidR="001C328E">
        <w:rPr>
          <w:b/>
        </w:rPr>
        <w:t xml:space="preserve"> E/OU T</w:t>
      </w:r>
      <w:r w:rsidR="00F14B73">
        <w:rPr>
          <w:b/>
        </w:rPr>
        <w:t>I</w:t>
      </w:r>
      <w:r w:rsidR="001C328E">
        <w:rPr>
          <w:b/>
        </w:rPr>
        <w:t>MBRE DA EMPRESA</w:t>
      </w:r>
      <w:r>
        <w:rPr>
          <w:b/>
        </w:rPr>
        <w:br/>
      </w:r>
      <w:proofErr w:type="spellStart"/>
      <w:r>
        <w:t>EMPRESA</w:t>
      </w:r>
      <w:proofErr w:type="spellEnd"/>
      <w:r>
        <w:t>: ________________________________________________</w:t>
      </w:r>
      <w:r>
        <w:br/>
        <w:t>CNPJ: _______________________    IE: _______________________</w:t>
      </w:r>
      <w:r>
        <w:br/>
        <w:t>Endereço: ________________________________________________</w:t>
      </w:r>
      <w:r>
        <w:br/>
        <w:t>Bairro: _____________________ Cidade: _____________________</w:t>
      </w:r>
      <w:r>
        <w:br/>
        <w:t>CEP: ________________________</w:t>
      </w:r>
      <w:r>
        <w:br/>
        <w:t>Telefone: ___________________ Celular: ____________________</w:t>
      </w:r>
      <w:r>
        <w:br/>
        <w:t>Site: _______________________ E-mail: _____________________</w:t>
      </w:r>
      <w:r>
        <w:br/>
      </w:r>
    </w:p>
    <w:p w14:paraId="1BB27A61" w14:textId="77777777" w:rsidR="009F5C27" w:rsidRDefault="000213F3">
      <w:r>
        <w:t>Cidade/UF, ________ de ________________________ de 2026.</w:t>
      </w:r>
    </w:p>
    <w:p w14:paraId="290D9E9A" w14:textId="77777777" w:rsidR="009F5C27" w:rsidRDefault="000213F3">
      <w:pPr>
        <w:jc w:val="center"/>
      </w:pPr>
      <w:r>
        <w:rPr>
          <w:b/>
          <w:sz w:val="28"/>
        </w:rPr>
        <w:t>MODELO DE PROPOSTA / ORÇAMENTO</w:t>
      </w:r>
    </w:p>
    <w:p w14:paraId="0A8A38BD" w14:textId="77777777" w:rsidR="009F5C27" w:rsidRDefault="009F5C27"/>
    <w:p w14:paraId="73AF6660" w14:textId="77777777" w:rsidR="009F5C27" w:rsidRDefault="000213F3">
      <w:r>
        <w:rPr>
          <w:b/>
        </w:rPr>
        <w:t>OBJETO</w:t>
      </w:r>
    </w:p>
    <w:p w14:paraId="2AF7682A" w14:textId="77777777" w:rsidR="009F5C27" w:rsidRDefault="000213F3" w:rsidP="00F14B73">
      <w:pPr>
        <w:jc w:val="both"/>
      </w:pPr>
      <w:r>
        <w:t>Contratação de empresa especializada para prestação de serviço contínuo de acesso dedicado à internet em fibra óptica, com velocidade mínima de 1 Gbps e fornecimento de IP Fixo, destinado ao atendimento das necessidades institucionais da Câmara Municipal de Vereadores de Estrela/RS, conforme condições e especificações constantes no Documento de Formalização da Demanda integrado ao Termo de Referência Simplificado e no Estudo Técnico Preliminar.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57"/>
        <w:gridCol w:w="2159"/>
        <w:gridCol w:w="2157"/>
        <w:gridCol w:w="2157"/>
      </w:tblGrid>
      <w:tr w:rsidR="009F5C27" w14:paraId="00160E70" w14:textId="77777777">
        <w:tc>
          <w:tcPr>
            <w:tcW w:w="2160" w:type="dxa"/>
          </w:tcPr>
          <w:p w14:paraId="7063CD53" w14:textId="77777777" w:rsidR="009F5C27" w:rsidRDefault="000213F3">
            <w:r>
              <w:t>Qtde</w:t>
            </w:r>
          </w:p>
        </w:tc>
        <w:tc>
          <w:tcPr>
            <w:tcW w:w="2160" w:type="dxa"/>
          </w:tcPr>
          <w:p w14:paraId="3FC8E097" w14:textId="77777777" w:rsidR="009F5C27" w:rsidRDefault="000213F3">
            <w:r>
              <w:t>Descrição do Serviço</w:t>
            </w:r>
          </w:p>
        </w:tc>
        <w:tc>
          <w:tcPr>
            <w:tcW w:w="2160" w:type="dxa"/>
          </w:tcPr>
          <w:p w14:paraId="185CC904" w14:textId="77777777" w:rsidR="009F5C27" w:rsidRDefault="000213F3">
            <w:r>
              <w:t>Valor Mensal</w:t>
            </w:r>
          </w:p>
        </w:tc>
        <w:tc>
          <w:tcPr>
            <w:tcW w:w="2160" w:type="dxa"/>
          </w:tcPr>
          <w:p w14:paraId="3A984EDC" w14:textId="77777777" w:rsidR="009F5C27" w:rsidRDefault="000213F3">
            <w:r>
              <w:t>Valor Global</w:t>
            </w:r>
          </w:p>
        </w:tc>
      </w:tr>
      <w:tr w:rsidR="009F5C27" w14:paraId="0FA6EA42" w14:textId="77777777">
        <w:tc>
          <w:tcPr>
            <w:tcW w:w="2160" w:type="dxa"/>
          </w:tcPr>
          <w:p w14:paraId="6934A139" w14:textId="77777777" w:rsidR="009F5C27" w:rsidRDefault="000213F3">
            <w:r>
              <w:t>01</w:t>
            </w:r>
          </w:p>
        </w:tc>
        <w:tc>
          <w:tcPr>
            <w:tcW w:w="2160" w:type="dxa"/>
          </w:tcPr>
          <w:p w14:paraId="2319ECF0" w14:textId="77777777" w:rsidR="009F5C27" w:rsidRPr="00F14B73" w:rsidRDefault="000213F3">
            <w:pPr>
              <w:rPr>
                <w:sz w:val="20"/>
                <w:szCs w:val="20"/>
              </w:rPr>
            </w:pPr>
            <w:r w:rsidRPr="00F14B73">
              <w:rPr>
                <w:sz w:val="20"/>
                <w:szCs w:val="20"/>
              </w:rPr>
              <w:t>Prestação de serviço contínuo de acesso dedicado à internet em fibra óptica, com velocidade mínima de 1 Gbps, fornecimento de IP Fixo, suporte técnico especializado remoto e presencial, disponibilidade mínima mensal de 99%, instalação, configuração, manutenção dos equipamentos necessários e atendimento técnico em até 04 (quatro) horas após abertura do chamado.</w:t>
            </w:r>
          </w:p>
        </w:tc>
        <w:tc>
          <w:tcPr>
            <w:tcW w:w="2160" w:type="dxa"/>
          </w:tcPr>
          <w:p w14:paraId="34A38383" w14:textId="4A4FD49E" w:rsidR="009F5C27" w:rsidRDefault="000213F3">
            <w:r>
              <w:t xml:space="preserve">R$ </w:t>
            </w:r>
          </w:p>
        </w:tc>
        <w:tc>
          <w:tcPr>
            <w:tcW w:w="2160" w:type="dxa"/>
          </w:tcPr>
          <w:p w14:paraId="7FF907A3" w14:textId="44BE4058" w:rsidR="009F5C27" w:rsidRDefault="000213F3">
            <w:r>
              <w:t>R$</w:t>
            </w:r>
          </w:p>
        </w:tc>
      </w:tr>
    </w:tbl>
    <w:p w14:paraId="1175AB23" w14:textId="77777777" w:rsidR="009F5C27" w:rsidRDefault="009F5C27"/>
    <w:p w14:paraId="019CC499" w14:textId="77777777" w:rsidR="00F14B73" w:rsidRDefault="00F14B73">
      <w:pPr>
        <w:rPr>
          <w:b/>
        </w:rPr>
      </w:pPr>
    </w:p>
    <w:p w14:paraId="6A332A4A" w14:textId="51B7574B" w:rsidR="009F5C27" w:rsidRDefault="000213F3">
      <w:r>
        <w:rPr>
          <w:b/>
        </w:rPr>
        <w:lastRenderedPageBreak/>
        <w:t>DECLARAÇÕES DA PROPONENTE</w:t>
      </w:r>
    </w:p>
    <w:p w14:paraId="47EA4B26" w14:textId="77777777" w:rsidR="009F5C27" w:rsidRDefault="000213F3">
      <w:r>
        <w:t>A empresa declara que:</w:t>
      </w:r>
      <w:r>
        <w:br/>
      </w:r>
      <w:r>
        <w:br/>
        <w:t>• Está ciente e concorda integralmente com as condições constantes no Edital de Aviso de Intenção de Contratação Direta, Documento de Formalização da Demanda integrado ao Termo de Referência Simplificado e Estudo Técnico Preliminar;</w:t>
      </w:r>
      <w:r>
        <w:br/>
      </w:r>
      <w:r>
        <w:br/>
        <w:t>• Os valores propostos contemplam todos os custos diretos e indiretos necessários à execução do objeto, incluindo tributos, encargos sociais, deslocamentos, instalação, manutenção, equipamentos e demais despesas incidentes;</w:t>
      </w:r>
      <w:r>
        <w:br/>
      </w:r>
      <w:r>
        <w:br/>
        <w:t>• Possui condições técnicas para execução integral do objeto;</w:t>
      </w:r>
      <w:r>
        <w:br/>
      </w:r>
      <w:r>
        <w:br/>
        <w:t>• Garantirá atendimento técnico em até 04 (quatro) horas após abertura do chamado;</w:t>
      </w:r>
      <w:r>
        <w:br/>
      </w:r>
      <w:r>
        <w:br/>
        <w:t xml:space="preserve">• Manterá as condições técnicas contratadas </w:t>
      </w:r>
      <w:proofErr w:type="spellStart"/>
      <w:r>
        <w:t>durante</w:t>
      </w:r>
      <w:proofErr w:type="spellEnd"/>
      <w:r>
        <w:t xml:space="preserve"> </w:t>
      </w:r>
      <w:proofErr w:type="spellStart"/>
      <w:r>
        <w:t>toda</w:t>
      </w:r>
      <w:proofErr w:type="spellEnd"/>
      <w:r>
        <w:t xml:space="preserve"> a </w:t>
      </w:r>
      <w:proofErr w:type="spellStart"/>
      <w:r>
        <w:t>execução</w:t>
      </w:r>
      <w:proofErr w:type="spellEnd"/>
      <w:r>
        <w:t xml:space="preserve"> do </w:t>
      </w:r>
      <w:proofErr w:type="spellStart"/>
      <w:r>
        <w:t>contrato</w:t>
      </w:r>
      <w:proofErr w:type="spellEnd"/>
      <w:r>
        <w:t>.</w:t>
      </w:r>
    </w:p>
    <w:p w14:paraId="0251CAB9" w14:textId="77777777" w:rsidR="009F5C27" w:rsidRDefault="000213F3">
      <w:r>
        <w:rPr>
          <w:b/>
        </w:rPr>
        <w:t>INFORMAÇÕES COMPLEMENTARES</w:t>
      </w:r>
    </w:p>
    <w:p w14:paraId="6309E351" w14:textId="51462349" w:rsidR="009F5C27" w:rsidRDefault="000213F3">
      <w:r>
        <w:t xml:space="preserve">a) Regime </w:t>
      </w:r>
      <w:proofErr w:type="spellStart"/>
      <w:r>
        <w:t>tributário</w:t>
      </w:r>
      <w:proofErr w:type="spellEnd"/>
      <w:r>
        <w:t>:</w:t>
      </w:r>
      <w:r>
        <w:br/>
        <w:t xml:space="preserve">(   ) Simples Nacional </w:t>
      </w:r>
      <w:proofErr w:type="gramStart"/>
      <w:r>
        <w:t xml:space="preserve">   (</w:t>
      </w:r>
      <w:proofErr w:type="gramEnd"/>
      <w:r>
        <w:t xml:space="preserve"> </w:t>
      </w:r>
      <w:proofErr w:type="gramStart"/>
      <w:r>
        <w:t xml:space="preserve">  )</w:t>
      </w:r>
      <w:proofErr w:type="gramEnd"/>
      <w:r>
        <w:t xml:space="preserve"> MEI </w:t>
      </w:r>
      <w:proofErr w:type="gramStart"/>
      <w:r>
        <w:t xml:space="preserve">   (</w:t>
      </w:r>
      <w:proofErr w:type="gramEnd"/>
      <w:r>
        <w:t xml:space="preserve"> </w:t>
      </w:r>
      <w:proofErr w:type="gramStart"/>
      <w:r>
        <w:t xml:space="preserve">  )</w:t>
      </w:r>
      <w:proofErr w:type="gramEnd"/>
      <w:r>
        <w:t xml:space="preserve"> Outro</w:t>
      </w:r>
      <w:r>
        <w:br/>
      </w:r>
      <w:r>
        <w:br/>
        <w:t xml:space="preserve">b) </w:t>
      </w:r>
      <w:proofErr w:type="spellStart"/>
      <w:r>
        <w:t>Prazo</w:t>
      </w:r>
      <w:proofErr w:type="spellEnd"/>
      <w:r>
        <w:t xml:space="preserve"> para </w:t>
      </w:r>
      <w:proofErr w:type="spellStart"/>
      <w:r>
        <w:t>instalação</w:t>
      </w:r>
      <w:proofErr w:type="spellEnd"/>
      <w:r>
        <w:t>/</w:t>
      </w:r>
      <w:proofErr w:type="spellStart"/>
      <w:r>
        <w:t>ativação</w:t>
      </w:r>
      <w:proofErr w:type="spellEnd"/>
      <w:r>
        <w:t xml:space="preserve"> do </w:t>
      </w:r>
      <w:proofErr w:type="spellStart"/>
      <w:r>
        <w:t>serviço</w:t>
      </w:r>
      <w:proofErr w:type="spellEnd"/>
      <w:r>
        <w:t>: __________________________</w:t>
      </w:r>
      <w:r>
        <w:br/>
      </w:r>
      <w:r>
        <w:br/>
        <w:t xml:space="preserve">c) </w:t>
      </w:r>
      <w:proofErr w:type="spellStart"/>
      <w:r>
        <w:t>Validade</w:t>
      </w:r>
      <w:proofErr w:type="spellEnd"/>
      <w:r>
        <w:t xml:space="preserve"> da </w:t>
      </w:r>
      <w:proofErr w:type="spellStart"/>
      <w:r>
        <w:t>proposta</w:t>
      </w:r>
      <w:proofErr w:type="spellEnd"/>
      <w:r>
        <w:t xml:space="preserve">: _________ </w:t>
      </w:r>
      <w:proofErr w:type="spellStart"/>
      <w:r>
        <w:t>dias</w:t>
      </w:r>
      <w:proofErr w:type="spellEnd"/>
      <w:r>
        <w:t xml:space="preserve"> (</w:t>
      </w:r>
      <w:proofErr w:type="spellStart"/>
      <w:r>
        <w:t>mínimo</w:t>
      </w:r>
      <w:proofErr w:type="spellEnd"/>
      <w:r>
        <w:t xml:space="preserve"> de 60 </w:t>
      </w:r>
      <w:proofErr w:type="spellStart"/>
      <w:r>
        <w:t>dias</w:t>
      </w:r>
      <w:proofErr w:type="spellEnd"/>
      <w:r>
        <w:t>)</w:t>
      </w:r>
      <w:r>
        <w:br/>
      </w:r>
      <w:r>
        <w:br/>
        <w:t xml:space="preserve">d) Forma de </w:t>
      </w:r>
      <w:proofErr w:type="spellStart"/>
      <w:r>
        <w:t>pagamento</w:t>
      </w:r>
      <w:proofErr w:type="spellEnd"/>
      <w:r>
        <w:t xml:space="preserve">: Conforme </w:t>
      </w:r>
      <w:proofErr w:type="spellStart"/>
      <w:r>
        <w:t>Termo</w:t>
      </w:r>
      <w:proofErr w:type="spellEnd"/>
      <w:r>
        <w:t xml:space="preserve"> de </w:t>
      </w:r>
      <w:proofErr w:type="spellStart"/>
      <w:r>
        <w:t>Referência</w:t>
      </w:r>
      <w:proofErr w:type="spellEnd"/>
      <w:r>
        <w:br/>
      </w:r>
      <w:r>
        <w:br/>
        <w:t xml:space="preserve">e) </w:t>
      </w:r>
      <w:proofErr w:type="spellStart"/>
      <w:r>
        <w:t>Prazo</w:t>
      </w:r>
      <w:proofErr w:type="spellEnd"/>
      <w:r>
        <w:t xml:space="preserve"> de </w:t>
      </w:r>
      <w:proofErr w:type="spellStart"/>
      <w:r>
        <w:t>vigência</w:t>
      </w:r>
      <w:proofErr w:type="spellEnd"/>
      <w:r>
        <w:t xml:space="preserve"> </w:t>
      </w:r>
      <w:proofErr w:type="spellStart"/>
      <w:r>
        <w:t>contratual</w:t>
      </w:r>
      <w:proofErr w:type="spellEnd"/>
      <w:r>
        <w:t xml:space="preserve">: Conforme </w:t>
      </w:r>
      <w:proofErr w:type="spellStart"/>
      <w:r>
        <w:t>Edital</w:t>
      </w:r>
      <w:proofErr w:type="spellEnd"/>
      <w:r>
        <w:t xml:space="preserve"> e </w:t>
      </w:r>
      <w:proofErr w:type="spellStart"/>
      <w:r>
        <w:t>Termo</w:t>
      </w:r>
      <w:proofErr w:type="spellEnd"/>
      <w:r>
        <w:t xml:space="preserve"> de </w:t>
      </w:r>
      <w:proofErr w:type="spellStart"/>
      <w:r>
        <w:t>Referência</w:t>
      </w:r>
      <w:proofErr w:type="spellEnd"/>
      <w:r>
        <w:br/>
      </w:r>
      <w:r>
        <w:br/>
      </w:r>
      <w:r>
        <w:rPr>
          <w:b/>
        </w:rPr>
        <w:t>DADOS DO ÓRGÃO</w:t>
      </w:r>
    </w:p>
    <w:p w14:paraId="0D628008" w14:textId="77777777" w:rsidR="009F5C27" w:rsidRDefault="000213F3">
      <w:r>
        <w:t>Cliente: CÂMARA MUNICIPAL DE ESTRELA/RS</w:t>
      </w:r>
      <w:r>
        <w:br/>
        <w:t>CNPJ: 05.363.249/0001-85    IE: ISENTO</w:t>
      </w:r>
      <w:r>
        <w:br/>
        <w:t>Endereço: Rua Doutor Tostes, nº 51 – Centro – Estrela/RS</w:t>
      </w:r>
      <w:r>
        <w:br/>
        <w:t>CEP: 95.880-000</w:t>
      </w:r>
      <w:r>
        <w:br/>
        <w:t>Telefone: (51) 3981-1161</w:t>
      </w:r>
      <w:r>
        <w:br/>
        <w:t>E-mail: compras@estrela.rs.leg.br</w:t>
      </w:r>
    </w:p>
    <w:p w14:paraId="16D67213" w14:textId="77777777" w:rsidR="009F5C27" w:rsidRDefault="000213F3">
      <w:r>
        <w:br/>
      </w:r>
    </w:p>
    <w:p w14:paraId="3BE2FB19" w14:textId="77777777" w:rsidR="009F5C27" w:rsidRDefault="000213F3">
      <w:pPr>
        <w:jc w:val="center"/>
      </w:pPr>
      <w:r>
        <w:rPr>
          <w:b/>
        </w:rPr>
        <w:t>__________________________________________</w:t>
      </w:r>
      <w:r>
        <w:rPr>
          <w:b/>
        </w:rPr>
        <w:br/>
        <w:t>Representante Legal da Empresa</w:t>
      </w:r>
      <w:r>
        <w:rPr>
          <w:b/>
        </w:rPr>
        <w:br/>
      </w:r>
      <w:r>
        <w:t>(Assinatura física ou digital)</w:t>
      </w:r>
    </w:p>
    <w:sectPr w:rsidR="009F5C2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82559495">
    <w:abstractNumId w:val="8"/>
  </w:num>
  <w:num w:numId="2" w16cid:durableId="606810509">
    <w:abstractNumId w:val="6"/>
  </w:num>
  <w:num w:numId="3" w16cid:durableId="78139453">
    <w:abstractNumId w:val="5"/>
  </w:num>
  <w:num w:numId="4" w16cid:durableId="1546021475">
    <w:abstractNumId w:val="4"/>
  </w:num>
  <w:num w:numId="5" w16cid:durableId="191457337">
    <w:abstractNumId w:val="7"/>
  </w:num>
  <w:num w:numId="6" w16cid:durableId="309133538">
    <w:abstractNumId w:val="3"/>
  </w:num>
  <w:num w:numId="7" w16cid:durableId="1360551514">
    <w:abstractNumId w:val="2"/>
  </w:num>
  <w:num w:numId="8" w16cid:durableId="720789189">
    <w:abstractNumId w:val="1"/>
  </w:num>
  <w:num w:numId="9" w16cid:durableId="1306398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13F3"/>
    <w:rsid w:val="00034616"/>
    <w:rsid w:val="0006063C"/>
    <w:rsid w:val="0015074B"/>
    <w:rsid w:val="001C328E"/>
    <w:rsid w:val="00292BFB"/>
    <w:rsid w:val="0029639D"/>
    <w:rsid w:val="00326F90"/>
    <w:rsid w:val="009F5C27"/>
    <w:rsid w:val="00A36621"/>
    <w:rsid w:val="00AA1D8D"/>
    <w:rsid w:val="00B47730"/>
    <w:rsid w:val="00CB0664"/>
    <w:rsid w:val="00D827C0"/>
    <w:rsid w:val="00F14B7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F57B24"/>
  <w14:defaultImageDpi w14:val="300"/>
  <w15:docId w15:val="{473DF667-D3FC-4452-AFF7-6047791FF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Elisangela Origuella</cp:lastModifiedBy>
  <cp:revision>2</cp:revision>
  <dcterms:created xsi:type="dcterms:W3CDTF">2026-05-25T13:01:00Z</dcterms:created>
  <dcterms:modified xsi:type="dcterms:W3CDTF">2026-05-25T13:01:00Z</dcterms:modified>
  <cp:category/>
</cp:coreProperties>
</file>