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44C8F" w14:textId="77777777" w:rsidR="009C2865" w:rsidRDefault="00611C92">
      <w:pPr>
        <w:jc w:val="center"/>
      </w:pPr>
      <w:r>
        <w:rPr>
          <w:b/>
        </w:rPr>
        <w:t>ANEXO II – MODELO DE PROPOSTA COMERCIAL</w:t>
      </w:r>
    </w:p>
    <w:p w14:paraId="7699F4CB" w14:textId="653E88E1" w:rsidR="009C2865" w:rsidRPr="00230AE2" w:rsidRDefault="00611C92" w:rsidP="00230AE2">
      <w:pPr>
        <w:spacing w:after="0"/>
        <w:jc w:val="center"/>
        <w:rPr>
          <w:b/>
          <w:bCs/>
        </w:rPr>
      </w:pPr>
      <w:r w:rsidRPr="00230AE2">
        <w:rPr>
          <w:b/>
          <w:bCs/>
        </w:rPr>
        <w:t xml:space="preserve">Aquisição de material de expediente | Protocolo Administrativo nº </w:t>
      </w:r>
      <w:r w:rsidR="00CF00A4" w:rsidRPr="00230AE2">
        <w:rPr>
          <w:b/>
          <w:bCs/>
        </w:rPr>
        <w:t>1190</w:t>
      </w:r>
      <w:r w:rsidRPr="00230AE2">
        <w:rPr>
          <w:b/>
          <w:bCs/>
        </w:rPr>
        <w:t>/2026</w:t>
      </w:r>
    </w:p>
    <w:p w14:paraId="37AF83C0" w14:textId="43462EE1" w:rsidR="00230AE2" w:rsidRPr="00230AE2" w:rsidRDefault="00230AE2" w:rsidP="00230AE2">
      <w:pPr>
        <w:spacing w:after="0"/>
        <w:jc w:val="center"/>
        <w:rPr>
          <w:b/>
          <w:bCs/>
        </w:rPr>
      </w:pPr>
      <w:r w:rsidRPr="00230AE2">
        <w:rPr>
          <w:b/>
          <w:bCs/>
        </w:rPr>
        <w:t>Processo de Dispensa de Licitação nº 09/2026</w:t>
      </w:r>
    </w:p>
    <w:p w14:paraId="0B5110B4" w14:textId="77777777" w:rsidR="009C2865" w:rsidRDefault="00611C92">
      <w:r>
        <w:rPr>
          <w:b/>
        </w:rPr>
        <w:t>IDENTIFICAÇÃO DO FORNECEDOR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151"/>
        <w:gridCol w:w="5151"/>
      </w:tblGrid>
      <w:tr w:rsidR="009C2865" w14:paraId="7BC2EF43" w14:textId="77777777">
        <w:tc>
          <w:tcPr>
            <w:tcW w:w="5156" w:type="dxa"/>
            <w:vAlign w:val="center"/>
          </w:tcPr>
          <w:p w14:paraId="3FFA6DBB" w14:textId="77777777" w:rsidR="009C2865" w:rsidRDefault="00611C92">
            <w:r>
              <w:t>Empresa / Razão social: __________________________________</w:t>
            </w:r>
          </w:p>
        </w:tc>
        <w:tc>
          <w:tcPr>
            <w:tcW w:w="5156" w:type="dxa"/>
            <w:vAlign w:val="center"/>
          </w:tcPr>
          <w:p w14:paraId="05507C73" w14:textId="77777777" w:rsidR="009C2865" w:rsidRDefault="00611C92">
            <w:r>
              <w:t>CNPJ: __________________________________</w:t>
            </w:r>
          </w:p>
        </w:tc>
      </w:tr>
      <w:tr w:rsidR="009C2865" w14:paraId="282D8B2C" w14:textId="77777777">
        <w:tc>
          <w:tcPr>
            <w:tcW w:w="5156" w:type="dxa"/>
            <w:vAlign w:val="center"/>
          </w:tcPr>
          <w:p w14:paraId="0061D2FB" w14:textId="77777777" w:rsidR="009C2865" w:rsidRDefault="00611C92">
            <w:r>
              <w:t>Endereço: __________________________________</w:t>
            </w:r>
          </w:p>
        </w:tc>
        <w:tc>
          <w:tcPr>
            <w:tcW w:w="5156" w:type="dxa"/>
            <w:vAlign w:val="center"/>
          </w:tcPr>
          <w:p w14:paraId="43E7A18E" w14:textId="77777777" w:rsidR="009C2865" w:rsidRDefault="00611C92">
            <w:r>
              <w:t>Cidade/UF: __________________________________</w:t>
            </w:r>
          </w:p>
        </w:tc>
      </w:tr>
      <w:tr w:rsidR="009C2865" w14:paraId="57E062A0" w14:textId="77777777">
        <w:tc>
          <w:tcPr>
            <w:tcW w:w="5156" w:type="dxa"/>
            <w:vAlign w:val="center"/>
          </w:tcPr>
          <w:p w14:paraId="7640DCE4" w14:textId="77777777" w:rsidR="009C2865" w:rsidRDefault="00611C92">
            <w:r>
              <w:t>Bairro / CEP: __________________________________</w:t>
            </w:r>
          </w:p>
        </w:tc>
        <w:tc>
          <w:tcPr>
            <w:tcW w:w="5156" w:type="dxa"/>
            <w:vAlign w:val="center"/>
          </w:tcPr>
          <w:p w14:paraId="316702BA" w14:textId="77777777" w:rsidR="009C2865" w:rsidRDefault="00611C92">
            <w:r>
              <w:t>Inscrição estadual (se aplicável): __________________________________</w:t>
            </w:r>
          </w:p>
        </w:tc>
      </w:tr>
      <w:tr w:rsidR="009C2865" w14:paraId="107E573C" w14:textId="77777777">
        <w:tc>
          <w:tcPr>
            <w:tcW w:w="5156" w:type="dxa"/>
            <w:vAlign w:val="center"/>
          </w:tcPr>
          <w:p w14:paraId="563471C9" w14:textId="77777777" w:rsidR="009C2865" w:rsidRDefault="00611C92">
            <w:r>
              <w:t>Telefone / Celular: __________________________________</w:t>
            </w:r>
          </w:p>
        </w:tc>
        <w:tc>
          <w:tcPr>
            <w:tcW w:w="5156" w:type="dxa"/>
            <w:vAlign w:val="center"/>
          </w:tcPr>
          <w:p w14:paraId="34FE07CF" w14:textId="77777777" w:rsidR="009C2865" w:rsidRDefault="00611C92">
            <w:r>
              <w:t>E-mail: __________________________________</w:t>
            </w:r>
          </w:p>
        </w:tc>
      </w:tr>
    </w:tbl>
    <w:p w14:paraId="59E553C4" w14:textId="77777777" w:rsidR="009C2865" w:rsidRDefault="00611C92">
      <w:r>
        <w:rPr>
          <w:b/>
        </w:rPr>
        <w:t>PROPOSTA DE PREÇOS</w:t>
      </w:r>
    </w:p>
    <w:tbl>
      <w:tblPr>
        <w:tblStyle w:val="Tabelacomgrade"/>
        <w:tblW w:w="0" w:type="auto"/>
        <w:tblLayout w:type="fixed"/>
        <w:tblLook w:val="04A0" w:firstRow="1" w:lastRow="0" w:firstColumn="1" w:lastColumn="0" w:noHBand="0" w:noVBand="1"/>
      </w:tblPr>
      <w:tblGrid>
        <w:gridCol w:w="567"/>
        <w:gridCol w:w="5839"/>
        <w:gridCol w:w="709"/>
        <w:gridCol w:w="1191"/>
        <w:gridCol w:w="1191"/>
      </w:tblGrid>
      <w:tr w:rsidR="009C2865" w14:paraId="3DA96A87" w14:textId="77777777">
        <w:tc>
          <w:tcPr>
            <w:tcW w:w="567" w:type="dxa"/>
            <w:vAlign w:val="center"/>
          </w:tcPr>
          <w:p w14:paraId="4DCB5E2B" w14:textId="77777777" w:rsidR="009C2865" w:rsidRDefault="00611C92">
            <w:pPr>
              <w:spacing w:after="0"/>
            </w:pPr>
            <w:r>
              <w:rPr>
                <w:sz w:val="16"/>
              </w:rPr>
              <w:t>Item</w:t>
            </w:r>
          </w:p>
        </w:tc>
        <w:tc>
          <w:tcPr>
            <w:tcW w:w="5839" w:type="dxa"/>
            <w:vAlign w:val="center"/>
          </w:tcPr>
          <w:p w14:paraId="0DE87AE8" w14:textId="77777777" w:rsidR="009C2865" w:rsidRDefault="00611C92">
            <w:pPr>
              <w:spacing w:after="0"/>
            </w:pPr>
            <w:r>
              <w:rPr>
                <w:sz w:val="16"/>
              </w:rPr>
              <w:t>Descrição</w:t>
            </w:r>
          </w:p>
        </w:tc>
        <w:tc>
          <w:tcPr>
            <w:tcW w:w="709" w:type="dxa"/>
            <w:vAlign w:val="center"/>
          </w:tcPr>
          <w:p w14:paraId="2ABFBD3F" w14:textId="77777777" w:rsidR="009C2865" w:rsidRDefault="00611C92">
            <w:pPr>
              <w:spacing w:after="0"/>
            </w:pPr>
            <w:r>
              <w:rPr>
                <w:sz w:val="16"/>
              </w:rPr>
              <w:t>Qtd.</w:t>
            </w:r>
          </w:p>
        </w:tc>
        <w:tc>
          <w:tcPr>
            <w:tcW w:w="1191" w:type="dxa"/>
            <w:vAlign w:val="center"/>
          </w:tcPr>
          <w:p w14:paraId="18CBDEC0" w14:textId="77777777" w:rsidR="009C2865" w:rsidRDefault="00611C92">
            <w:pPr>
              <w:spacing w:after="0"/>
            </w:pPr>
            <w:r>
              <w:rPr>
                <w:sz w:val="16"/>
              </w:rPr>
              <w:t>R$ unit.</w:t>
            </w:r>
          </w:p>
        </w:tc>
        <w:tc>
          <w:tcPr>
            <w:tcW w:w="1191" w:type="dxa"/>
            <w:vAlign w:val="center"/>
          </w:tcPr>
          <w:p w14:paraId="602D1C74" w14:textId="77777777" w:rsidR="009C2865" w:rsidRDefault="00611C92">
            <w:pPr>
              <w:spacing w:after="0"/>
            </w:pPr>
            <w:r>
              <w:rPr>
                <w:sz w:val="16"/>
              </w:rPr>
              <w:t>R$ total</w:t>
            </w:r>
          </w:p>
        </w:tc>
      </w:tr>
      <w:tr w:rsidR="009C2865" w14:paraId="148F78CB" w14:textId="77777777">
        <w:tc>
          <w:tcPr>
            <w:tcW w:w="567" w:type="dxa"/>
          </w:tcPr>
          <w:p w14:paraId="27689576" w14:textId="77777777" w:rsidR="009C2865" w:rsidRDefault="00611C92">
            <w:pPr>
              <w:spacing w:after="0"/>
            </w:pPr>
            <w:r>
              <w:rPr>
                <w:sz w:val="16"/>
              </w:rPr>
              <w:t>1</w:t>
            </w:r>
          </w:p>
        </w:tc>
        <w:tc>
          <w:tcPr>
            <w:tcW w:w="5839" w:type="dxa"/>
          </w:tcPr>
          <w:p w14:paraId="723A903A" w14:textId="77777777" w:rsidR="009C2865" w:rsidRDefault="00611C92">
            <w:pPr>
              <w:spacing w:after="0"/>
            </w:pPr>
            <w:r>
              <w:rPr>
                <w:sz w:val="16"/>
              </w:rPr>
              <w:t>Clips metálicos 2/0, caixa com 100 unidades</w:t>
            </w:r>
          </w:p>
        </w:tc>
        <w:tc>
          <w:tcPr>
            <w:tcW w:w="709" w:type="dxa"/>
          </w:tcPr>
          <w:p w14:paraId="4BBC0265" w14:textId="77777777" w:rsidR="009C2865" w:rsidRDefault="00611C92">
            <w:pPr>
              <w:spacing w:after="0"/>
            </w:pPr>
            <w:r>
              <w:rPr>
                <w:sz w:val="16"/>
              </w:rPr>
              <w:t>6</w:t>
            </w:r>
          </w:p>
        </w:tc>
        <w:tc>
          <w:tcPr>
            <w:tcW w:w="1191" w:type="dxa"/>
          </w:tcPr>
          <w:p w14:paraId="06B4CA51" w14:textId="77777777" w:rsidR="009C2865" w:rsidRDefault="009C2865">
            <w:pPr>
              <w:spacing w:after="0"/>
            </w:pPr>
          </w:p>
        </w:tc>
        <w:tc>
          <w:tcPr>
            <w:tcW w:w="1191" w:type="dxa"/>
          </w:tcPr>
          <w:p w14:paraId="60C22EEF" w14:textId="77777777" w:rsidR="009C2865" w:rsidRDefault="009C2865">
            <w:pPr>
              <w:spacing w:after="0"/>
            </w:pPr>
          </w:p>
        </w:tc>
      </w:tr>
      <w:tr w:rsidR="009C2865" w14:paraId="09561E5E" w14:textId="77777777">
        <w:tc>
          <w:tcPr>
            <w:tcW w:w="567" w:type="dxa"/>
          </w:tcPr>
          <w:p w14:paraId="5F19C1C9" w14:textId="77777777" w:rsidR="009C2865" w:rsidRDefault="00611C92">
            <w:pPr>
              <w:spacing w:after="0"/>
            </w:pPr>
            <w:r>
              <w:rPr>
                <w:sz w:val="16"/>
              </w:rPr>
              <w:t>2</w:t>
            </w:r>
          </w:p>
        </w:tc>
        <w:tc>
          <w:tcPr>
            <w:tcW w:w="5839" w:type="dxa"/>
          </w:tcPr>
          <w:p w14:paraId="7A2C2524" w14:textId="77777777" w:rsidR="009C2865" w:rsidRDefault="00611C92">
            <w:pPr>
              <w:spacing w:after="0"/>
            </w:pPr>
            <w:r>
              <w:rPr>
                <w:sz w:val="16"/>
              </w:rPr>
              <w:t>Clips metálicos 8/0, caixa com 25 unidades</w:t>
            </w:r>
          </w:p>
        </w:tc>
        <w:tc>
          <w:tcPr>
            <w:tcW w:w="709" w:type="dxa"/>
          </w:tcPr>
          <w:p w14:paraId="0A99D037" w14:textId="77777777" w:rsidR="009C2865" w:rsidRDefault="00611C92">
            <w:pPr>
              <w:spacing w:after="0"/>
            </w:pPr>
            <w:r>
              <w:rPr>
                <w:sz w:val="16"/>
              </w:rPr>
              <w:t>6</w:t>
            </w:r>
          </w:p>
        </w:tc>
        <w:tc>
          <w:tcPr>
            <w:tcW w:w="1191" w:type="dxa"/>
          </w:tcPr>
          <w:p w14:paraId="49D58474" w14:textId="77777777" w:rsidR="009C2865" w:rsidRDefault="009C2865">
            <w:pPr>
              <w:spacing w:after="0"/>
            </w:pPr>
          </w:p>
        </w:tc>
        <w:tc>
          <w:tcPr>
            <w:tcW w:w="1191" w:type="dxa"/>
          </w:tcPr>
          <w:p w14:paraId="1F473201" w14:textId="77777777" w:rsidR="009C2865" w:rsidRDefault="009C2865">
            <w:pPr>
              <w:spacing w:after="0"/>
            </w:pPr>
          </w:p>
        </w:tc>
      </w:tr>
      <w:tr w:rsidR="009C2865" w14:paraId="7DBCCEEB" w14:textId="77777777">
        <w:tc>
          <w:tcPr>
            <w:tcW w:w="567" w:type="dxa"/>
          </w:tcPr>
          <w:p w14:paraId="47D7B2FF" w14:textId="77777777" w:rsidR="009C2865" w:rsidRDefault="00611C92">
            <w:pPr>
              <w:spacing w:after="0"/>
            </w:pPr>
            <w:r>
              <w:rPr>
                <w:sz w:val="16"/>
              </w:rPr>
              <w:t>3</w:t>
            </w:r>
          </w:p>
        </w:tc>
        <w:tc>
          <w:tcPr>
            <w:tcW w:w="5839" w:type="dxa"/>
          </w:tcPr>
          <w:p w14:paraId="38FAB8FA" w14:textId="77777777" w:rsidR="009C2865" w:rsidRDefault="00611C92">
            <w:pPr>
              <w:spacing w:after="0"/>
            </w:pPr>
            <w:r>
              <w:rPr>
                <w:sz w:val="16"/>
              </w:rPr>
              <w:t>Extrator de grampo tipo espátula</w:t>
            </w:r>
          </w:p>
        </w:tc>
        <w:tc>
          <w:tcPr>
            <w:tcW w:w="709" w:type="dxa"/>
          </w:tcPr>
          <w:p w14:paraId="05972E95" w14:textId="77777777" w:rsidR="009C2865" w:rsidRDefault="00611C92">
            <w:pPr>
              <w:spacing w:after="0"/>
            </w:pPr>
            <w:r>
              <w:rPr>
                <w:sz w:val="16"/>
              </w:rPr>
              <w:t>9</w:t>
            </w:r>
          </w:p>
        </w:tc>
        <w:tc>
          <w:tcPr>
            <w:tcW w:w="1191" w:type="dxa"/>
          </w:tcPr>
          <w:p w14:paraId="13E2C2DA" w14:textId="77777777" w:rsidR="009C2865" w:rsidRDefault="009C2865">
            <w:pPr>
              <w:spacing w:after="0"/>
            </w:pPr>
          </w:p>
        </w:tc>
        <w:tc>
          <w:tcPr>
            <w:tcW w:w="1191" w:type="dxa"/>
          </w:tcPr>
          <w:p w14:paraId="7D59EBED" w14:textId="77777777" w:rsidR="009C2865" w:rsidRDefault="009C2865">
            <w:pPr>
              <w:spacing w:after="0"/>
            </w:pPr>
          </w:p>
        </w:tc>
      </w:tr>
      <w:tr w:rsidR="009C2865" w14:paraId="447C8EF6" w14:textId="77777777">
        <w:tc>
          <w:tcPr>
            <w:tcW w:w="567" w:type="dxa"/>
          </w:tcPr>
          <w:p w14:paraId="4F5AF5E5" w14:textId="77777777" w:rsidR="009C2865" w:rsidRDefault="00611C92">
            <w:pPr>
              <w:spacing w:after="0"/>
            </w:pPr>
            <w:r>
              <w:rPr>
                <w:sz w:val="16"/>
              </w:rPr>
              <w:t>4</w:t>
            </w:r>
          </w:p>
        </w:tc>
        <w:tc>
          <w:tcPr>
            <w:tcW w:w="5839" w:type="dxa"/>
          </w:tcPr>
          <w:p w14:paraId="6F983B03" w14:textId="77777777" w:rsidR="009C2865" w:rsidRDefault="00611C92">
            <w:pPr>
              <w:spacing w:after="0"/>
            </w:pPr>
            <w:r>
              <w:rPr>
                <w:sz w:val="16"/>
              </w:rPr>
              <w:t>Fita adesiva transparente 12 mm × 30 m</w:t>
            </w:r>
          </w:p>
        </w:tc>
        <w:tc>
          <w:tcPr>
            <w:tcW w:w="709" w:type="dxa"/>
          </w:tcPr>
          <w:p w14:paraId="3E1CE6B7" w14:textId="77777777" w:rsidR="009C2865" w:rsidRDefault="00611C92">
            <w:pPr>
              <w:spacing w:after="0"/>
            </w:pPr>
            <w:r>
              <w:rPr>
                <w:sz w:val="16"/>
              </w:rPr>
              <w:t>6</w:t>
            </w:r>
          </w:p>
        </w:tc>
        <w:tc>
          <w:tcPr>
            <w:tcW w:w="1191" w:type="dxa"/>
          </w:tcPr>
          <w:p w14:paraId="75CBC16F" w14:textId="77777777" w:rsidR="009C2865" w:rsidRDefault="009C2865">
            <w:pPr>
              <w:spacing w:after="0"/>
            </w:pPr>
          </w:p>
        </w:tc>
        <w:tc>
          <w:tcPr>
            <w:tcW w:w="1191" w:type="dxa"/>
          </w:tcPr>
          <w:p w14:paraId="24C8C00E" w14:textId="77777777" w:rsidR="009C2865" w:rsidRDefault="009C2865">
            <w:pPr>
              <w:spacing w:after="0"/>
            </w:pPr>
          </w:p>
        </w:tc>
      </w:tr>
      <w:tr w:rsidR="009C2865" w14:paraId="3AE61774" w14:textId="77777777">
        <w:tc>
          <w:tcPr>
            <w:tcW w:w="567" w:type="dxa"/>
          </w:tcPr>
          <w:p w14:paraId="79853DD8" w14:textId="77777777" w:rsidR="009C2865" w:rsidRDefault="00611C92">
            <w:pPr>
              <w:spacing w:after="0"/>
            </w:pPr>
            <w:r>
              <w:rPr>
                <w:sz w:val="16"/>
              </w:rPr>
              <w:t>5</w:t>
            </w:r>
          </w:p>
        </w:tc>
        <w:tc>
          <w:tcPr>
            <w:tcW w:w="5839" w:type="dxa"/>
          </w:tcPr>
          <w:p w14:paraId="07A27671" w14:textId="77777777" w:rsidR="009C2865" w:rsidRDefault="00611C92">
            <w:pPr>
              <w:spacing w:after="0"/>
            </w:pPr>
            <w:r>
              <w:rPr>
                <w:sz w:val="16"/>
              </w:rPr>
              <w:t>Fita adesiva transparente 45 mm × 45 m</w:t>
            </w:r>
          </w:p>
        </w:tc>
        <w:tc>
          <w:tcPr>
            <w:tcW w:w="709" w:type="dxa"/>
          </w:tcPr>
          <w:p w14:paraId="7EA680F9" w14:textId="77777777" w:rsidR="009C2865" w:rsidRDefault="00611C92">
            <w:pPr>
              <w:spacing w:after="0"/>
            </w:pPr>
            <w:r>
              <w:rPr>
                <w:sz w:val="16"/>
              </w:rPr>
              <w:t>6</w:t>
            </w:r>
          </w:p>
        </w:tc>
        <w:tc>
          <w:tcPr>
            <w:tcW w:w="1191" w:type="dxa"/>
          </w:tcPr>
          <w:p w14:paraId="54AECBF0" w14:textId="77777777" w:rsidR="009C2865" w:rsidRDefault="009C2865">
            <w:pPr>
              <w:spacing w:after="0"/>
            </w:pPr>
          </w:p>
        </w:tc>
        <w:tc>
          <w:tcPr>
            <w:tcW w:w="1191" w:type="dxa"/>
          </w:tcPr>
          <w:p w14:paraId="50D29D37" w14:textId="77777777" w:rsidR="009C2865" w:rsidRDefault="009C2865">
            <w:pPr>
              <w:spacing w:after="0"/>
            </w:pPr>
          </w:p>
        </w:tc>
      </w:tr>
      <w:tr w:rsidR="009C2865" w14:paraId="32EF0973" w14:textId="77777777">
        <w:tc>
          <w:tcPr>
            <w:tcW w:w="567" w:type="dxa"/>
          </w:tcPr>
          <w:p w14:paraId="281E9A21" w14:textId="77777777" w:rsidR="009C2865" w:rsidRDefault="00611C92">
            <w:pPr>
              <w:spacing w:after="0"/>
            </w:pPr>
            <w:r>
              <w:rPr>
                <w:sz w:val="16"/>
              </w:rPr>
              <w:t>6</w:t>
            </w:r>
          </w:p>
        </w:tc>
        <w:tc>
          <w:tcPr>
            <w:tcW w:w="5839" w:type="dxa"/>
          </w:tcPr>
          <w:p w14:paraId="390BA76D" w14:textId="77777777" w:rsidR="009C2865" w:rsidRDefault="00611C92">
            <w:pPr>
              <w:spacing w:after="0"/>
            </w:pPr>
            <w:r>
              <w:rPr>
                <w:sz w:val="16"/>
              </w:rPr>
              <w:t>Papel sulfite A4, 75 g/m², resma com 500 folhas</w:t>
            </w:r>
          </w:p>
        </w:tc>
        <w:tc>
          <w:tcPr>
            <w:tcW w:w="709" w:type="dxa"/>
          </w:tcPr>
          <w:p w14:paraId="0F22C65C" w14:textId="77777777" w:rsidR="009C2865" w:rsidRDefault="00611C92">
            <w:pPr>
              <w:spacing w:after="0"/>
            </w:pPr>
            <w:r>
              <w:rPr>
                <w:sz w:val="16"/>
              </w:rPr>
              <w:t>50</w:t>
            </w:r>
          </w:p>
        </w:tc>
        <w:tc>
          <w:tcPr>
            <w:tcW w:w="1191" w:type="dxa"/>
          </w:tcPr>
          <w:p w14:paraId="44206F05" w14:textId="77777777" w:rsidR="009C2865" w:rsidRDefault="009C2865">
            <w:pPr>
              <w:spacing w:after="0"/>
            </w:pPr>
          </w:p>
        </w:tc>
        <w:tc>
          <w:tcPr>
            <w:tcW w:w="1191" w:type="dxa"/>
          </w:tcPr>
          <w:p w14:paraId="2B4FE41D" w14:textId="77777777" w:rsidR="009C2865" w:rsidRDefault="009C2865">
            <w:pPr>
              <w:spacing w:after="0"/>
            </w:pPr>
          </w:p>
        </w:tc>
      </w:tr>
      <w:tr w:rsidR="009C2865" w14:paraId="608B6E07" w14:textId="77777777">
        <w:tc>
          <w:tcPr>
            <w:tcW w:w="567" w:type="dxa"/>
          </w:tcPr>
          <w:p w14:paraId="174A3D3F" w14:textId="77777777" w:rsidR="009C2865" w:rsidRDefault="00611C92">
            <w:pPr>
              <w:spacing w:after="0"/>
            </w:pPr>
            <w:r>
              <w:rPr>
                <w:sz w:val="16"/>
              </w:rPr>
              <w:t>7</w:t>
            </w:r>
          </w:p>
        </w:tc>
        <w:tc>
          <w:tcPr>
            <w:tcW w:w="5839" w:type="dxa"/>
          </w:tcPr>
          <w:p w14:paraId="161C63C5" w14:textId="77777777" w:rsidR="009C2865" w:rsidRDefault="00611C92">
            <w:pPr>
              <w:spacing w:after="0"/>
            </w:pPr>
            <w:r>
              <w:rPr>
                <w:sz w:val="16"/>
              </w:rPr>
              <w:t>Pasta plástica com aba e elástico, ofício/A4, transparente/incolor, sem lombo</w:t>
            </w:r>
          </w:p>
        </w:tc>
        <w:tc>
          <w:tcPr>
            <w:tcW w:w="709" w:type="dxa"/>
          </w:tcPr>
          <w:p w14:paraId="5A2C33CA" w14:textId="77777777" w:rsidR="009C2865" w:rsidRDefault="00611C92">
            <w:pPr>
              <w:spacing w:after="0"/>
            </w:pPr>
            <w:r>
              <w:rPr>
                <w:sz w:val="16"/>
              </w:rPr>
              <w:t>50</w:t>
            </w:r>
          </w:p>
        </w:tc>
        <w:tc>
          <w:tcPr>
            <w:tcW w:w="1191" w:type="dxa"/>
          </w:tcPr>
          <w:p w14:paraId="6CCBA133" w14:textId="77777777" w:rsidR="009C2865" w:rsidRDefault="009C2865">
            <w:pPr>
              <w:spacing w:after="0"/>
            </w:pPr>
          </w:p>
        </w:tc>
        <w:tc>
          <w:tcPr>
            <w:tcW w:w="1191" w:type="dxa"/>
          </w:tcPr>
          <w:p w14:paraId="5AF4130B" w14:textId="77777777" w:rsidR="009C2865" w:rsidRDefault="009C2865">
            <w:pPr>
              <w:spacing w:after="0"/>
            </w:pPr>
          </w:p>
        </w:tc>
      </w:tr>
      <w:tr w:rsidR="009C2865" w14:paraId="79F401F8" w14:textId="77777777">
        <w:tc>
          <w:tcPr>
            <w:tcW w:w="567" w:type="dxa"/>
          </w:tcPr>
          <w:p w14:paraId="6008E4FF" w14:textId="77777777" w:rsidR="009C2865" w:rsidRDefault="00611C92">
            <w:pPr>
              <w:spacing w:after="0"/>
            </w:pPr>
            <w:r>
              <w:rPr>
                <w:sz w:val="16"/>
              </w:rPr>
              <w:t>8</w:t>
            </w:r>
          </w:p>
        </w:tc>
        <w:tc>
          <w:tcPr>
            <w:tcW w:w="5839" w:type="dxa"/>
          </w:tcPr>
          <w:p w14:paraId="5045FE66" w14:textId="77777777" w:rsidR="009C2865" w:rsidRDefault="00611C92">
            <w:pPr>
              <w:spacing w:after="0"/>
            </w:pPr>
            <w:r>
              <w:rPr>
                <w:sz w:val="16"/>
              </w:rPr>
              <w:t>Pasta plástica com aba e elástico, ofício/A4, transparente/incolor, lombo 20 mm</w:t>
            </w:r>
          </w:p>
        </w:tc>
        <w:tc>
          <w:tcPr>
            <w:tcW w:w="709" w:type="dxa"/>
          </w:tcPr>
          <w:p w14:paraId="283D813F" w14:textId="77777777" w:rsidR="009C2865" w:rsidRDefault="00611C92">
            <w:pPr>
              <w:spacing w:after="0"/>
            </w:pPr>
            <w:r>
              <w:rPr>
                <w:sz w:val="16"/>
              </w:rPr>
              <w:t>25</w:t>
            </w:r>
          </w:p>
        </w:tc>
        <w:tc>
          <w:tcPr>
            <w:tcW w:w="1191" w:type="dxa"/>
          </w:tcPr>
          <w:p w14:paraId="5A9420D5" w14:textId="77777777" w:rsidR="009C2865" w:rsidRDefault="009C2865">
            <w:pPr>
              <w:spacing w:after="0"/>
            </w:pPr>
          </w:p>
        </w:tc>
        <w:tc>
          <w:tcPr>
            <w:tcW w:w="1191" w:type="dxa"/>
          </w:tcPr>
          <w:p w14:paraId="7FBC6823" w14:textId="77777777" w:rsidR="009C2865" w:rsidRDefault="009C2865">
            <w:pPr>
              <w:spacing w:after="0"/>
            </w:pPr>
          </w:p>
        </w:tc>
      </w:tr>
      <w:tr w:rsidR="009C2865" w14:paraId="4A0B356D" w14:textId="77777777">
        <w:tc>
          <w:tcPr>
            <w:tcW w:w="567" w:type="dxa"/>
          </w:tcPr>
          <w:p w14:paraId="20FC7FA8" w14:textId="77777777" w:rsidR="009C2865" w:rsidRDefault="00611C92">
            <w:pPr>
              <w:spacing w:after="0"/>
            </w:pPr>
            <w:r>
              <w:rPr>
                <w:sz w:val="16"/>
              </w:rPr>
              <w:t>9</w:t>
            </w:r>
          </w:p>
        </w:tc>
        <w:tc>
          <w:tcPr>
            <w:tcW w:w="5839" w:type="dxa"/>
          </w:tcPr>
          <w:p w14:paraId="11BA0D8D" w14:textId="77777777" w:rsidR="009C2865" w:rsidRDefault="00611C92">
            <w:pPr>
              <w:spacing w:after="0"/>
            </w:pPr>
            <w:r>
              <w:rPr>
                <w:sz w:val="16"/>
              </w:rPr>
              <w:t>Pasta plástica com aba e elástico, ofício/A4, transparente/incolor, lombo 30 mm</w:t>
            </w:r>
          </w:p>
        </w:tc>
        <w:tc>
          <w:tcPr>
            <w:tcW w:w="709" w:type="dxa"/>
          </w:tcPr>
          <w:p w14:paraId="29A69292" w14:textId="77777777" w:rsidR="009C2865" w:rsidRDefault="00611C92">
            <w:pPr>
              <w:spacing w:after="0"/>
            </w:pPr>
            <w:r>
              <w:rPr>
                <w:sz w:val="16"/>
              </w:rPr>
              <w:t>25</w:t>
            </w:r>
          </w:p>
        </w:tc>
        <w:tc>
          <w:tcPr>
            <w:tcW w:w="1191" w:type="dxa"/>
          </w:tcPr>
          <w:p w14:paraId="7651B54A" w14:textId="77777777" w:rsidR="009C2865" w:rsidRDefault="009C2865">
            <w:pPr>
              <w:spacing w:after="0"/>
            </w:pPr>
          </w:p>
        </w:tc>
        <w:tc>
          <w:tcPr>
            <w:tcW w:w="1191" w:type="dxa"/>
          </w:tcPr>
          <w:p w14:paraId="37A4D850" w14:textId="77777777" w:rsidR="009C2865" w:rsidRDefault="009C2865">
            <w:pPr>
              <w:spacing w:after="0"/>
            </w:pPr>
          </w:p>
        </w:tc>
      </w:tr>
      <w:tr w:rsidR="009C2865" w14:paraId="317D384A" w14:textId="77777777">
        <w:tc>
          <w:tcPr>
            <w:tcW w:w="567" w:type="dxa"/>
          </w:tcPr>
          <w:p w14:paraId="2B0D7190" w14:textId="77777777" w:rsidR="009C2865" w:rsidRDefault="00611C92">
            <w:pPr>
              <w:spacing w:after="0"/>
            </w:pPr>
            <w:r>
              <w:rPr>
                <w:sz w:val="16"/>
              </w:rPr>
              <w:t>10</w:t>
            </w:r>
          </w:p>
        </w:tc>
        <w:tc>
          <w:tcPr>
            <w:tcW w:w="5839" w:type="dxa"/>
          </w:tcPr>
          <w:p w14:paraId="3DCA686B" w14:textId="77777777" w:rsidR="009C2865" w:rsidRDefault="00611C92">
            <w:pPr>
              <w:spacing w:after="0"/>
            </w:pPr>
            <w:r>
              <w:rPr>
                <w:sz w:val="16"/>
              </w:rPr>
              <w:t>Pasta plástica em L, PP transparente/incolor, espessura 0,15 mm, pacote com 10 unidades</w:t>
            </w:r>
          </w:p>
        </w:tc>
        <w:tc>
          <w:tcPr>
            <w:tcW w:w="709" w:type="dxa"/>
          </w:tcPr>
          <w:p w14:paraId="1914B92D" w14:textId="77777777" w:rsidR="009C2865" w:rsidRDefault="00611C92">
            <w:pPr>
              <w:spacing w:after="0"/>
            </w:pPr>
            <w:r>
              <w:rPr>
                <w:sz w:val="16"/>
              </w:rPr>
              <w:t>3</w:t>
            </w:r>
          </w:p>
        </w:tc>
        <w:tc>
          <w:tcPr>
            <w:tcW w:w="1191" w:type="dxa"/>
          </w:tcPr>
          <w:p w14:paraId="4B10A0D4" w14:textId="77777777" w:rsidR="009C2865" w:rsidRDefault="009C2865">
            <w:pPr>
              <w:spacing w:after="0"/>
            </w:pPr>
          </w:p>
        </w:tc>
        <w:tc>
          <w:tcPr>
            <w:tcW w:w="1191" w:type="dxa"/>
          </w:tcPr>
          <w:p w14:paraId="57F6C8AB" w14:textId="77777777" w:rsidR="009C2865" w:rsidRDefault="009C2865">
            <w:pPr>
              <w:spacing w:after="0"/>
            </w:pPr>
          </w:p>
        </w:tc>
      </w:tr>
      <w:tr w:rsidR="009C2865" w14:paraId="1F9BC72C" w14:textId="77777777">
        <w:tc>
          <w:tcPr>
            <w:tcW w:w="567" w:type="dxa"/>
          </w:tcPr>
          <w:p w14:paraId="2BE54580" w14:textId="77777777" w:rsidR="009C2865" w:rsidRDefault="00611C92">
            <w:pPr>
              <w:spacing w:after="0"/>
            </w:pPr>
            <w:r>
              <w:rPr>
                <w:sz w:val="16"/>
              </w:rPr>
              <w:t>11</w:t>
            </w:r>
          </w:p>
        </w:tc>
        <w:tc>
          <w:tcPr>
            <w:tcW w:w="5839" w:type="dxa"/>
          </w:tcPr>
          <w:p w14:paraId="15A81871" w14:textId="77777777" w:rsidR="009C2865" w:rsidRDefault="00611C92">
            <w:pPr>
              <w:spacing w:after="0"/>
            </w:pPr>
            <w:r>
              <w:rPr>
                <w:sz w:val="16"/>
              </w:rPr>
              <w:t>Cola líquida branca, 110 g</w:t>
            </w:r>
          </w:p>
        </w:tc>
        <w:tc>
          <w:tcPr>
            <w:tcW w:w="709" w:type="dxa"/>
          </w:tcPr>
          <w:p w14:paraId="6CBE71D4" w14:textId="77777777" w:rsidR="009C2865" w:rsidRDefault="00611C92">
            <w:pPr>
              <w:spacing w:after="0"/>
            </w:pPr>
            <w:r>
              <w:rPr>
                <w:sz w:val="16"/>
              </w:rPr>
              <w:t>3</w:t>
            </w:r>
          </w:p>
        </w:tc>
        <w:tc>
          <w:tcPr>
            <w:tcW w:w="1191" w:type="dxa"/>
          </w:tcPr>
          <w:p w14:paraId="6121B67E" w14:textId="77777777" w:rsidR="009C2865" w:rsidRDefault="009C2865">
            <w:pPr>
              <w:spacing w:after="0"/>
            </w:pPr>
          </w:p>
        </w:tc>
        <w:tc>
          <w:tcPr>
            <w:tcW w:w="1191" w:type="dxa"/>
          </w:tcPr>
          <w:p w14:paraId="6562EFF0" w14:textId="77777777" w:rsidR="009C2865" w:rsidRDefault="009C2865">
            <w:pPr>
              <w:spacing w:after="0"/>
            </w:pPr>
          </w:p>
        </w:tc>
      </w:tr>
      <w:tr w:rsidR="009C2865" w14:paraId="7FF2C55E" w14:textId="77777777">
        <w:tc>
          <w:tcPr>
            <w:tcW w:w="567" w:type="dxa"/>
          </w:tcPr>
          <w:p w14:paraId="36349590" w14:textId="77777777" w:rsidR="009C2865" w:rsidRDefault="00611C92">
            <w:pPr>
              <w:spacing w:after="0"/>
            </w:pPr>
            <w:r>
              <w:rPr>
                <w:sz w:val="16"/>
              </w:rPr>
              <w:t>12</w:t>
            </w:r>
          </w:p>
        </w:tc>
        <w:tc>
          <w:tcPr>
            <w:tcW w:w="5839" w:type="dxa"/>
          </w:tcPr>
          <w:p w14:paraId="1A5A8018" w14:textId="77777777" w:rsidR="009C2865" w:rsidRDefault="00611C92">
            <w:pPr>
              <w:spacing w:after="0"/>
            </w:pPr>
            <w:r>
              <w:rPr>
                <w:sz w:val="16"/>
              </w:rPr>
              <w:t>Grampeador de mesa metálico, para grampos 24/6 ou 26/6, até 25 folhas</w:t>
            </w:r>
          </w:p>
        </w:tc>
        <w:tc>
          <w:tcPr>
            <w:tcW w:w="709" w:type="dxa"/>
          </w:tcPr>
          <w:p w14:paraId="1CF0D6D6" w14:textId="77777777" w:rsidR="009C2865" w:rsidRDefault="00611C92">
            <w:pPr>
              <w:spacing w:after="0"/>
            </w:pPr>
            <w:r>
              <w:rPr>
                <w:sz w:val="16"/>
              </w:rPr>
              <w:t>4</w:t>
            </w:r>
          </w:p>
        </w:tc>
        <w:tc>
          <w:tcPr>
            <w:tcW w:w="1191" w:type="dxa"/>
          </w:tcPr>
          <w:p w14:paraId="5E6E9978" w14:textId="77777777" w:rsidR="009C2865" w:rsidRDefault="009C2865">
            <w:pPr>
              <w:spacing w:after="0"/>
            </w:pPr>
          </w:p>
        </w:tc>
        <w:tc>
          <w:tcPr>
            <w:tcW w:w="1191" w:type="dxa"/>
          </w:tcPr>
          <w:p w14:paraId="5402869B" w14:textId="77777777" w:rsidR="009C2865" w:rsidRDefault="009C2865">
            <w:pPr>
              <w:spacing w:after="0"/>
            </w:pPr>
          </w:p>
        </w:tc>
      </w:tr>
      <w:tr w:rsidR="009C2865" w14:paraId="4121FBF8" w14:textId="77777777">
        <w:tc>
          <w:tcPr>
            <w:tcW w:w="567" w:type="dxa"/>
          </w:tcPr>
          <w:p w14:paraId="1F8A97EB" w14:textId="77777777" w:rsidR="009C2865" w:rsidRDefault="00611C92">
            <w:pPr>
              <w:spacing w:after="0"/>
            </w:pPr>
            <w:r>
              <w:rPr>
                <w:sz w:val="16"/>
              </w:rPr>
              <w:t>13</w:t>
            </w:r>
          </w:p>
        </w:tc>
        <w:tc>
          <w:tcPr>
            <w:tcW w:w="5839" w:type="dxa"/>
          </w:tcPr>
          <w:p w14:paraId="22F2D416" w14:textId="77777777" w:rsidR="009C2865" w:rsidRDefault="00611C92">
            <w:pPr>
              <w:spacing w:after="0"/>
            </w:pPr>
            <w:r>
              <w:rPr>
                <w:sz w:val="16"/>
              </w:rPr>
              <w:t>Porta-objetos cristal, três divisórias (canetas, clips e lembretes)</w:t>
            </w:r>
          </w:p>
        </w:tc>
        <w:tc>
          <w:tcPr>
            <w:tcW w:w="709" w:type="dxa"/>
          </w:tcPr>
          <w:p w14:paraId="58BF0EEE" w14:textId="77777777" w:rsidR="009C2865" w:rsidRDefault="00611C92">
            <w:pPr>
              <w:spacing w:after="0"/>
            </w:pPr>
            <w:r>
              <w:rPr>
                <w:sz w:val="16"/>
              </w:rPr>
              <w:t>4</w:t>
            </w:r>
          </w:p>
        </w:tc>
        <w:tc>
          <w:tcPr>
            <w:tcW w:w="1191" w:type="dxa"/>
          </w:tcPr>
          <w:p w14:paraId="34ACB07B" w14:textId="77777777" w:rsidR="009C2865" w:rsidRDefault="009C2865">
            <w:pPr>
              <w:spacing w:after="0"/>
            </w:pPr>
          </w:p>
        </w:tc>
        <w:tc>
          <w:tcPr>
            <w:tcW w:w="1191" w:type="dxa"/>
          </w:tcPr>
          <w:p w14:paraId="5FFB275D" w14:textId="77777777" w:rsidR="009C2865" w:rsidRDefault="009C2865">
            <w:pPr>
              <w:spacing w:after="0"/>
            </w:pPr>
          </w:p>
        </w:tc>
      </w:tr>
      <w:tr w:rsidR="009C2865" w14:paraId="53F77B02" w14:textId="77777777">
        <w:tc>
          <w:tcPr>
            <w:tcW w:w="567" w:type="dxa"/>
          </w:tcPr>
          <w:p w14:paraId="4FCC231F" w14:textId="77777777" w:rsidR="009C2865" w:rsidRDefault="00611C92">
            <w:pPr>
              <w:spacing w:after="0"/>
            </w:pPr>
            <w:r>
              <w:rPr>
                <w:sz w:val="16"/>
              </w:rPr>
              <w:t>14</w:t>
            </w:r>
          </w:p>
        </w:tc>
        <w:tc>
          <w:tcPr>
            <w:tcW w:w="5839" w:type="dxa"/>
          </w:tcPr>
          <w:p w14:paraId="656C47C8" w14:textId="77777777" w:rsidR="009C2865" w:rsidRDefault="00611C92">
            <w:pPr>
              <w:spacing w:after="0"/>
            </w:pPr>
            <w:r>
              <w:rPr>
                <w:sz w:val="16"/>
              </w:rPr>
              <w:t>Caneta marca-texto amarela</w:t>
            </w:r>
          </w:p>
        </w:tc>
        <w:tc>
          <w:tcPr>
            <w:tcW w:w="709" w:type="dxa"/>
          </w:tcPr>
          <w:p w14:paraId="060AB69A" w14:textId="77777777" w:rsidR="009C2865" w:rsidRDefault="00611C92">
            <w:pPr>
              <w:spacing w:after="0"/>
            </w:pPr>
            <w:r>
              <w:rPr>
                <w:sz w:val="16"/>
              </w:rPr>
              <w:t>20</w:t>
            </w:r>
          </w:p>
        </w:tc>
        <w:tc>
          <w:tcPr>
            <w:tcW w:w="1191" w:type="dxa"/>
          </w:tcPr>
          <w:p w14:paraId="640BD77C" w14:textId="77777777" w:rsidR="009C2865" w:rsidRDefault="009C2865">
            <w:pPr>
              <w:spacing w:after="0"/>
            </w:pPr>
          </w:p>
        </w:tc>
        <w:tc>
          <w:tcPr>
            <w:tcW w:w="1191" w:type="dxa"/>
          </w:tcPr>
          <w:p w14:paraId="355689F6" w14:textId="77777777" w:rsidR="009C2865" w:rsidRDefault="009C2865">
            <w:pPr>
              <w:spacing w:after="0"/>
            </w:pPr>
          </w:p>
        </w:tc>
      </w:tr>
      <w:tr w:rsidR="009C2865" w14:paraId="062916E6" w14:textId="77777777">
        <w:tc>
          <w:tcPr>
            <w:tcW w:w="567" w:type="dxa"/>
          </w:tcPr>
          <w:p w14:paraId="5836D0FE" w14:textId="77777777" w:rsidR="009C2865" w:rsidRDefault="00611C92">
            <w:pPr>
              <w:spacing w:after="0"/>
            </w:pPr>
            <w:r>
              <w:rPr>
                <w:sz w:val="16"/>
              </w:rPr>
              <w:t>15</w:t>
            </w:r>
          </w:p>
        </w:tc>
        <w:tc>
          <w:tcPr>
            <w:tcW w:w="5839" w:type="dxa"/>
          </w:tcPr>
          <w:p w14:paraId="49FC953C" w14:textId="77777777" w:rsidR="009C2865" w:rsidRDefault="00611C92">
            <w:pPr>
              <w:spacing w:after="0"/>
            </w:pPr>
            <w:r>
              <w:rPr>
                <w:sz w:val="16"/>
              </w:rPr>
              <w:t>Caneta esferográfica azul, ponta fina 0,7 mm, caixa com 50 unidades</w:t>
            </w:r>
          </w:p>
        </w:tc>
        <w:tc>
          <w:tcPr>
            <w:tcW w:w="709" w:type="dxa"/>
          </w:tcPr>
          <w:p w14:paraId="79F60D63" w14:textId="77777777" w:rsidR="009C2865" w:rsidRDefault="00611C92">
            <w:pPr>
              <w:spacing w:after="0"/>
            </w:pPr>
            <w:r>
              <w:rPr>
                <w:sz w:val="16"/>
              </w:rPr>
              <w:t>1</w:t>
            </w:r>
          </w:p>
        </w:tc>
        <w:tc>
          <w:tcPr>
            <w:tcW w:w="1191" w:type="dxa"/>
          </w:tcPr>
          <w:p w14:paraId="6F6C9310" w14:textId="77777777" w:rsidR="009C2865" w:rsidRDefault="009C2865">
            <w:pPr>
              <w:spacing w:after="0"/>
            </w:pPr>
          </w:p>
        </w:tc>
        <w:tc>
          <w:tcPr>
            <w:tcW w:w="1191" w:type="dxa"/>
          </w:tcPr>
          <w:p w14:paraId="3352AFA5" w14:textId="77777777" w:rsidR="009C2865" w:rsidRDefault="009C2865">
            <w:pPr>
              <w:spacing w:after="0"/>
            </w:pPr>
          </w:p>
        </w:tc>
      </w:tr>
      <w:tr w:rsidR="009C2865" w14:paraId="515F813C" w14:textId="77777777">
        <w:tc>
          <w:tcPr>
            <w:tcW w:w="567" w:type="dxa"/>
          </w:tcPr>
          <w:p w14:paraId="716033BE" w14:textId="77777777" w:rsidR="009C2865" w:rsidRDefault="00611C92">
            <w:pPr>
              <w:spacing w:after="0"/>
            </w:pPr>
            <w:r>
              <w:rPr>
                <w:sz w:val="16"/>
              </w:rPr>
              <w:t>16</w:t>
            </w:r>
          </w:p>
        </w:tc>
        <w:tc>
          <w:tcPr>
            <w:tcW w:w="5839" w:type="dxa"/>
          </w:tcPr>
          <w:p w14:paraId="12ADF716" w14:textId="77777777" w:rsidR="009C2865" w:rsidRDefault="00611C92">
            <w:pPr>
              <w:spacing w:after="0"/>
            </w:pPr>
            <w:r>
              <w:rPr>
                <w:sz w:val="16"/>
              </w:rPr>
              <w:t>Caneta esferográfica preta, ponta fina 0,7 mm, caixa com 50 unidades</w:t>
            </w:r>
          </w:p>
        </w:tc>
        <w:tc>
          <w:tcPr>
            <w:tcW w:w="709" w:type="dxa"/>
          </w:tcPr>
          <w:p w14:paraId="36ECD299" w14:textId="77777777" w:rsidR="009C2865" w:rsidRDefault="00611C92">
            <w:pPr>
              <w:spacing w:after="0"/>
            </w:pPr>
            <w:r>
              <w:rPr>
                <w:sz w:val="16"/>
              </w:rPr>
              <w:t>1</w:t>
            </w:r>
          </w:p>
        </w:tc>
        <w:tc>
          <w:tcPr>
            <w:tcW w:w="1191" w:type="dxa"/>
          </w:tcPr>
          <w:p w14:paraId="3657F5A0" w14:textId="77777777" w:rsidR="009C2865" w:rsidRDefault="009C2865">
            <w:pPr>
              <w:spacing w:after="0"/>
            </w:pPr>
          </w:p>
        </w:tc>
        <w:tc>
          <w:tcPr>
            <w:tcW w:w="1191" w:type="dxa"/>
          </w:tcPr>
          <w:p w14:paraId="6776BDE2" w14:textId="77777777" w:rsidR="009C2865" w:rsidRDefault="009C2865">
            <w:pPr>
              <w:spacing w:after="0"/>
            </w:pPr>
          </w:p>
        </w:tc>
      </w:tr>
      <w:tr w:rsidR="009C2865" w14:paraId="3E0BD25A" w14:textId="77777777">
        <w:tc>
          <w:tcPr>
            <w:tcW w:w="567" w:type="dxa"/>
          </w:tcPr>
          <w:p w14:paraId="57EDB77B" w14:textId="77777777" w:rsidR="009C2865" w:rsidRDefault="00611C92">
            <w:pPr>
              <w:spacing w:after="0"/>
            </w:pPr>
            <w:r>
              <w:rPr>
                <w:sz w:val="16"/>
              </w:rPr>
              <w:t>17</w:t>
            </w:r>
          </w:p>
        </w:tc>
        <w:tc>
          <w:tcPr>
            <w:tcW w:w="5839" w:type="dxa"/>
          </w:tcPr>
          <w:p w14:paraId="55A4DDF9" w14:textId="77777777" w:rsidR="009C2865" w:rsidRDefault="00611C92">
            <w:pPr>
              <w:spacing w:after="0"/>
            </w:pPr>
            <w:r>
              <w:rPr>
                <w:sz w:val="16"/>
              </w:rPr>
              <w:t>Corretivo líquido, 18 mL</w:t>
            </w:r>
          </w:p>
        </w:tc>
        <w:tc>
          <w:tcPr>
            <w:tcW w:w="709" w:type="dxa"/>
          </w:tcPr>
          <w:p w14:paraId="30E46FB3" w14:textId="77777777" w:rsidR="009C2865" w:rsidRDefault="00611C92">
            <w:pPr>
              <w:spacing w:after="0"/>
            </w:pPr>
            <w:r>
              <w:rPr>
                <w:sz w:val="16"/>
              </w:rPr>
              <w:t>9</w:t>
            </w:r>
          </w:p>
        </w:tc>
        <w:tc>
          <w:tcPr>
            <w:tcW w:w="1191" w:type="dxa"/>
          </w:tcPr>
          <w:p w14:paraId="469E027D" w14:textId="77777777" w:rsidR="009C2865" w:rsidRDefault="009C2865">
            <w:pPr>
              <w:spacing w:after="0"/>
            </w:pPr>
          </w:p>
        </w:tc>
        <w:tc>
          <w:tcPr>
            <w:tcW w:w="1191" w:type="dxa"/>
          </w:tcPr>
          <w:p w14:paraId="36D254CB" w14:textId="77777777" w:rsidR="009C2865" w:rsidRDefault="009C2865">
            <w:pPr>
              <w:spacing w:after="0"/>
            </w:pPr>
          </w:p>
        </w:tc>
      </w:tr>
      <w:tr w:rsidR="009C2865" w14:paraId="4076B3BA" w14:textId="77777777">
        <w:tc>
          <w:tcPr>
            <w:tcW w:w="567" w:type="dxa"/>
          </w:tcPr>
          <w:p w14:paraId="6691A208" w14:textId="77777777" w:rsidR="009C2865" w:rsidRDefault="00611C92">
            <w:pPr>
              <w:spacing w:after="0"/>
            </w:pPr>
            <w:r>
              <w:rPr>
                <w:sz w:val="16"/>
              </w:rPr>
              <w:t>18</w:t>
            </w:r>
          </w:p>
        </w:tc>
        <w:tc>
          <w:tcPr>
            <w:tcW w:w="5839" w:type="dxa"/>
          </w:tcPr>
          <w:p w14:paraId="7C01F6DA" w14:textId="77777777" w:rsidR="009C2865" w:rsidRDefault="00611C92">
            <w:pPr>
              <w:spacing w:after="0"/>
            </w:pPr>
            <w:r>
              <w:rPr>
                <w:sz w:val="16"/>
              </w:rPr>
              <w:t>Lixeira metálica aramada preta, 8 litros</w:t>
            </w:r>
          </w:p>
        </w:tc>
        <w:tc>
          <w:tcPr>
            <w:tcW w:w="709" w:type="dxa"/>
          </w:tcPr>
          <w:p w14:paraId="72680340" w14:textId="77777777" w:rsidR="009C2865" w:rsidRDefault="00611C92">
            <w:pPr>
              <w:spacing w:after="0"/>
            </w:pPr>
            <w:r>
              <w:rPr>
                <w:sz w:val="16"/>
              </w:rPr>
              <w:t>10</w:t>
            </w:r>
          </w:p>
        </w:tc>
        <w:tc>
          <w:tcPr>
            <w:tcW w:w="1191" w:type="dxa"/>
          </w:tcPr>
          <w:p w14:paraId="1B51AA69" w14:textId="77777777" w:rsidR="009C2865" w:rsidRDefault="009C2865">
            <w:pPr>
              <w:spacing w:after="0"/>
            </w:pPr>
          </w:p>
        </w:tc>
        <w:tc>
          <w:tcPr>
            <w:tcW w:w="1191" w:type="dxa"/>
          </w:tcPr>
          <w:p w14:paraId="270330DF" w14:textId="77777777" w:rsidR="009C2865" w:rsidRDefault="009C2865">
            <w:pPr>
              <w:spacing w:after="0"/>
            </w:pPr>
          </w:p>
        </w:tc>
      </w:tr>
      <w:tr w:rsidR="009C2865" w14:paraId="61668F37" w14:textId="77777777">
        <w:tc>
          <w:tcPr>
            <w:tcW w:w="567" w:type="dxa"/>
          </w:tcPr>
          <w:p w14:paraId="24D9C2CF" w14:textId="77777777" w:rsidR="009C2865" w:rsidRDefault="00611C92">
            <w:pPr>
              <w:spacing w:after="0"/>
            </w:pPr>
            <w:r>
              <w:rPr>
                <w:sz w:val="16"/>
              </w:rPr>
              <w:t>19</w:t>
            </w:r>
          </w:p>
        </w:tc>
        <w:tc>
          <w:tcPr>
            <w:tcW w:w="5839" w:type="dxa"/>
          </w:tcPr>
          <w:p w14:paraId="511349AD" w14:textId="77777777" w:rsidR="009C2865" w:rsidRDefault="00611C92">
            <w:pPr>
              <w:spacing w:after="0"/>
            </w:pPr>
            <w:r>
              <w:rPr>
                <w:sz w:val="16"/>
              </w:rPr>
              <w:t>Envelope pardo kraft, tamanho ofício/A4</w:t>
            </w:r>
          </w:p>
        </w:tc>
        <w:tc>
          <w:tcPr>
            <w:tcW w:w="709" w:type="dxa"/>
          </w:tcPr>
          <w:p w14:paraId="6BFE60D0" w14:textId="77777777" w:rsidR="009C2865" w:rsidRDefault="00611C92">
            <w:pPr>
              <w:spacing w:after="0"/>
            </w:pPr>
            <w:r>
              <w:rPr>
                <w:sz w:val="16"/>
              </w:rPr>
              <w:t>50</w:t>
            </w:r>
          </w:p>
        </w:tc>
        <w:tc>
          <w:tcPr>
            <w:tcW w:w="1191" w:type="dxa"/>
          </w:tcPr>
          <w:p w14:paraId="18D50C24" w14:textId="77777777" w:rsidR="009C2865" w:rsidRDefault="009C2865">
            <w:pPr>
              <w:spacing w:after="0"/>
            </w:pPr>
          </w:p>
        </w:tc>
        <w:tc>
          <w:tcPr>
            <w:tcW w:w="1191" w:type="dxa"/>
          </w:tcPr>
          <w:p w14:paraId="403F8F3B" w14:textId="77777777" w:rsidR="009C2865" w:rsidRDefault="009C2865">
            <w:pPr>
              <w:spacing w:after="0"/>
            </w:pPr>
          </w:p>
        </w:tc>
      </w:tr>
      <w:tr w:rsidR="009C2865" w14:paraId="09325172" w14:textId="77777777">
        <w:tc>
          <w:tcPr>
            <w:tcW w:w="567" w:type="dxa"/>
          </w:tcPr>
          <w:p w14:paraId="36912771" w14:textId="77777777" w:rsidR="009C2865" w:rsidRDefault="00611C92">
            <w:pPr>
              <w:spacing w:after="0"/>
            </w:pPr>
            <w:r>
              <w:rPr>
                <w:sz w:val="16"/>
              </w:rPr>
              <w:t>20</w:t>
            </w:r>
          </w:p>
        </w:tc>
        <w:tc>
          <w:tcPr>
            <w:tcW w:w="5839" w:type="dxa"/>
          </w:tcPr>
          <w:p w14:paraId="79A2FA8E" w14:textId="77777777" w:rsidR="009C2865" w:rsidRDefault="00611C92">
            <w:pPr>
              <w:spacing w:after="0"/>
            </w:pPr>
            <w:r>
              <w:rPr>
                <w:sz w:val="16"/>
              </w:rPr>
              <w:t>Envelope kraft pardo, aproximadamente 16 × 22 cm</w:t>
            </w:r>
          </w:p>
        </w:tc>
        <w:tc>
          <w:tcPr>
            <w:tcW w:w="709" w:type="dxa"/>
          </w:tcPr>
          <w:p w14:paraId="7C7317FD" w14:textId="77777777" w:rsidR="009C2865" w:rsidRDefault="00611C92">
            <w:pPr>
              <w:spacing w:after="0"/>
            </w:pPr>
            <w:r>
              <w:rPr>
                <w:sz w:val="16"/>
              </w:rPr>
              <w:t>50</w:t>
            </w:r>
          </w:p>
        </w:tc>
        <w:tc>
          <w:tcPr>
            <w:tcW w:w="1191" w:type="dxa"/>
          </w:tcPr>
          <w:p w14:paraId="666C2F3B" w14:textId="77777777" w:rsidR="009C2865" w:rsidRDefault="009C2865">
            <w:pPr>
              <w:spacing w:after="0"/>
            </w:pPr>
          </w:p>
        </w:tc>
        <w:tc>
          <w:tcPr>
            <w:tcW w:w="1191" w:type="dxa"/>
          </w:tcPr>
          <w:p w14:paraId="5F5CE10B" w14:textId="77777777" w:rsidR="009C2865" w:rsidRDefault="009C2865">
            <w:pPr>
              <w:spacing w:after="0"/>
            </w:pPr>
          </w:p>
        </w:tc>
      </w:tr>
      <w:tr w:rsidR="009C2865" w14:paraId="3DA7035D" w14:textId="77777777">
        <w:tc>
          <w:tcPr>
            <w:tcW w:w="567" w:type="dxa"/>
          </w:tcPr>
          <w:p w14:paraId="6A6B2BD9" w14:textId="77777777" w:rsidR="009C2865" w:rsidRDefault="00611C92">
            <w:pPr>
              <w:spacing w:after="0"/>
            </w:pPr>
            <w:r>
              <w:rPr>
                <w:sz w:val="16"/>
              </w:rPr>
              <w:t>21</w:t>
            </w:r>
          </w:p>
        </w:tc>
        <w:tc>
          <w:tcPr>
            <w:tcW w:w="5839" w:type="dxa"/>
          </w:tcPr>
          <w:p w14:paraId="2C7E0ED5" w14:textId="77777777" w:rsidR="009C2865" w:rsidRDefault="00611C92">
            <w:pPr>
              <w:spacing w:after="0"/>
            </w:pPr>
            <w:r>
              <w:rPr>
                <w:sz w:val="16"/>
              </w:rPr>
              <w:t>Caixa de correspondência, organizador triplo</w:t>
            </w:r>
          </w:p>
        </w:tc>
        <w:tc>
          <w:tcPr>
            <w:tcW w:w="709" w:type="dxa"/>
          </w:tcPr>
          <w:p w14:paraId="7B0BC38A" w14:textId="77777777" w:rsidR="009C2865" w:rsidRDefault="00611C92">
            <w:pPr>
              <w:spacing w:after="0"/>
            </w:pPr>
            <w:r>
              <w:rPr>
                <w:sz w:val="16"/>
              </w:rPr>
              <w:t>9</w:t>
            </w:r>
          </w:p>
        </w:tc>
        <w:tc>
          <w:tcPr>
            <w:tcW w:w="1191" w:type="dxa"/>
          </w:tcPr>
          <w:p w14:paraId="0D596DE3" w14:textId="77777777" w:rsidR="009C2865" w:rsidRDefault="009C2865">
            <w:pPr>
              <w:spacing w:after="0"/>
            </w:pPr>
          </w:p>
        </w:tc>
        <w:tc>
          <w:tcPr>
            <w:tcW w:w="1191" w:type="dxa"/>
          </w:tcPr>
          <w:p w14:paraId="3AD94E8B" w14:textId="77777777" w:rsidR="009C2865" w:rsidRDefault="009C2865">
            <w:pPr>
              <w:spacing w:after="0"/>
            </w:pPr>
          </w:p>
        </w:tc>
      </w:tr>
      <w:tr w:rsidR="009C2865" w14:paraId="6D4E5260" w14:textId="77777777">
        <w:tc>
          <w:tcPr>
            <w:tcW w:w="567" w:type="dxa"/>
          </w:tcPr>
          <w:p w14:paraId="4B38CA98" w14:textId="77777777" w:rsidR="009C2865" w:rsidRDefault="00611C92">
            <w:pPr>
              <w:spacing w:after="0"/>
            </w:pPr>
            <w:r>
              <w:rPr>
                <w:sz w:val="16"/>
              </w:rPr>
              <w:t>22</w:t>
            </w:r>
          </w:p>
        </w:tc>
        <w:tc>
          <w:tcPr>
            <w:tcW w:w="5839" w:type="dxa"/>
          </w:tcPr>
          <w:p w14:paraId="5CC111D1" w14:textId="77777777" w:rsidR="009C2865" w:rsidRDefault="00611C92">
            <w:pPr>
              <w:spacing w:after="0"/>
            </w:pPr>
            <w:r>
              <w:rPr>
                <w:sz w:val="16"/>
              </w:rPr>
              <w:t>Tesoura multiuso, lâmina em aço inox, cabo plástico, 8 polegadas (aprox. 20 cm)</w:t>
            </w:r>
          </w:p>
        </w:tc>
        <w:tc>
          <w:tcPr>
            <w:tcW w:w="709" w:type="dxa"/>
          </w:tcPr>
          <w:p w14:paraId="75D56EA4" w14:textId="77777777" w:rsidR="009C2865" w:rsidRDefault="00611C92">
            <w:pPr>
              <w:spacing w:after="0"/>
            </w:pPr>
            <w:r>
              <w:rPr>
                <w:sz w:val="16"/>
              </w:rPr>
              <w:t>4</w:t>
            </w:r>
          </w:p>
        </w:tc>
        <w:tc>
          <w:tcPr>
            <w:tcW w:w="1191" w:type="dxa"/>
          </w:tcPr>
          <w:p w14:paraId="1802831D" w14:textId="77777777" w:rsidR="009C2865" w:rsidRDefault="009C2865">
            <w:pPr>
              <w:spacing w:after="0"/>
            </w:pPr>
          </w:p>
        </w:tc>
        <w:tc>
          <w:tcPr>
            <w:tcW w:w="1191" w:type="dxa"/>
          </w:tcPr>
          <w:p w14:paraId="336CBAFD" w14:textId="77777777" w:rsidR="009C2865" w:rsidRDefault="009C2865">
            <w:pPr>
              <w:spacing w:after="0"/>
            </w:pPr>
          </w:p>
        </w:tc>
      </w:tr>
    </w:tbl>
    <w:p w14:paraId="70BB1E3D" w14:textId="77777777" w:rsidR="009C2865" w:rsidRDefault="00611C92">
      <w:r>
        <w:rPr>
          <w:b/>
        </w:rPr>
        <w:t>VALOR TOTAL DA PROPOSTA: R$ ______________________</w:t>
      </w:r>
    </w:p>
    <w:p w14:paraId="5584039E" w14:textId="77777777" w:rsidR="009C2865" w:rsidRDefault="00611C92">
      <w:r>
        <w:rPr>
          <w:b/>
        </w:rPr>
        <w:t>CONDIÇÕES E DECLARAÇÕES</w:t>
      </w:r>
    </w:p>
    <w:p w14:paraId="448BAF2C" w14:textId="77777777" w:rsidR="009C2865" w:rsidRDefault="00611C92">
      <w:r>
        <w:t>(  ) Optante pelo Simples Nacional     (  ) MEI     (  ) Outro: ____________________</w:t>
      </w:r>
    </w:p>
    <w:p w14:paraId="3DCBFE9B" w14:textId="461FB21F" w:rsidR="009C2865" w:rsidRDefault="00611C92">
      <w:r>
        <w:t>Prazo de entrega: até 10 (dez) dias corridos, contados do recebimento da Nota de Empenho.</w:t>
      </w:r>
    </w:p>
    <w:p w14:paraId="55F34F0F" w14:textId="77777777" w:rsidR="009C2865" w:rsidRDefault="00611C92">
      <w:r>
        <w:t>Local de entrega: Câmara Municipal de Estrela, Rua Dr. Tostes, 51, Centro, Estrela/RS.</w:t>
      </w:r>
    </w:p>
    <w:p w14:paraId="722CC89D" w14:textId="77777777" w:rsidR="009C2865" w:rsidRDefault="00611C92">
      <w:r>
        <w:t>Frete e demais custos: (  ) inclusos nos preços ofertados.</w:t>
      </w:r>
    </w:p>
    <w:p w14:paraId="3B192AE4" w14:textId="77777777" w:rsidR="009C2865" w:rsidRDefault="00611C92">
      <w:r>
        <w:t>Validade da proposta: ______ dias.</w:t>
      </w:r>
    </w:p>
    <w:p w14:paraId="4F8F5068" w14:textId="77777777" w:rsidR="009C2865" w:rsidRDefault="00611C92">
      <w:r>
        <w:t>Marca/modelo dos itens ofertados, quando necessário: informar na proposta ou em documento complementar.</w:t>
      </w:r>
    </w:p>
    <w:p w14:paraId="480C8EFB" w14:textId="77777777" w:rsidR="009C2865" w:rsidRDefault="00611C92">
      <w:r>
        <w:t>É permitida a apresentação de proposta para apenas um ou alguns itens. Deixar em branco os campos de preço dos itens não cotados.</w:t>
      </w:r>
    </w:p>
    <w:p w14:paraId="24D60DEC" w14:textId="77777777" w:rsidR="009C2865" w:rsidRDefault="00611C92">
      <w:r>
        <w:t>Declaro que os itens ofertados atendem integralmente às especificações do DFD/TR e que os preços incluem tributos, frete e demais despesas necessárias ao fornecimento.</w:t>
      </w:r>
    </w:p>
    <w:p w14:paraId="42E0EF4D" w14:textId="77777777" w:rsidR="009C2865" w:rsidRDefault="00611C92">
      <w:r>
        <w:t>Estrela/RS, ______ de __________________ de 2026.</w:t>
      </w:r>
    </w:p>
    <w:p w14:paraId="4A492B46" w14:textId="77777777" w:rsidR="009C2865" w:rsidRDefault="00611C92">
      <w:r>
        <w:t>________________________________________________________</w:t>
      </w:r>
    </w:p>
    <w:p w14:paraId="740DEF26" w14:textId="77777777" w:rsidR="009C2865" w:rsidRDefault="00611C92">
      <w:r>
        <w:t>Nome e assinatura do representante legal / identificação da empresa</w:t>
      </w:r>
    </w:p>
    <w:p w14:paraId="559C7306" w14:textId="77777777" w:rsidR="009C2865" w:rsidRDefault="00611C92">
      <w:r>
        <w:t>Cliente: Câmara Municipal de Estrela/RS | CNPJ 05.363.249/0001-85 | compras@estrela.rs.leg.br</w:t>
      </w:r>
    </w:p>
    <w:sectPr w:rsidR="009C2865" w:rsidSect="00034616">
      <w:pgSz w:w="12240" w:h="15840"/>
      <w:pgMar w:top="964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93180806">
    <w:abstractNumId w:val="8"/>
  </w:num>
  <w:num w:numId="2" w16cid:durableId="921840583">
    <w:abstractNumId w:val="6"/>
  </w:num>
  <w:num w:numId="3" w16cid:durableId="1223523681">
    <w:abstractNumId w:val="5"/>
  </w:num>
  <w:num w:numId="4" w16cid:durableId="1398286328">
    <w:abstractNumId w:val="4"/>
  </w:num>
  <w:num w:numId="5" w16cid:durableId="1732774087">
    <w:abstractNumId w:val="7"/>
  </w:num>
  <w:num w:numId="6" w16cid:durableId="1871146518">
    <w:abstractNumId w:val="3"/>
  </w:num>
  <w:num w:numId="7" w16cid:durableId="408381782">
    <w:abstractNumId w:val="2"/>
  </w:num>
  <w:num w:numId="8" w16cid:durableId="1487934129">
    <w:abstractNumId w:val="1"/>
  </w:num>
  <w:num w:numId="9" w16cid:durableId="10416341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9467F"/>
    <w:rsid w:val="00230AE2"/>
    <w:rsid w:val="0029639D"/>
    <w:rsid w:val="00326F90"/>
    <w:rsid w:val="00400D45"/>
    <w:rsid w:val="004B17D7"/>
    <w:rsid w:val="00611C92"/>
    <w:rsid w:val="007F1ADE"/>
    <w:rsid w:val="009C2865"/>
    <w:rsid w:val="00AA1D8D"/>
    <w:rsid w:val="00B16100"/>
    <w:rsid w:val="00B47730"/>
    <w:rsid w:val="00CB0664"/>
    <w:rsid w:val="00CF00A4"/>
    <w:rsid w:val="00D44C2A"/>
    <w:rsid w:val="00F861B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EA4ADA"/>
  <w14:defaultImageDpi w14:val="300"/>
  <w15:docId w15:val="{D7F2A453-E79E-4C01-A198-4A8E1D224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sz w:val="18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487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Elisangela Origuella</cp:lastModifiedBy>
  <cp:revision>2</cp:revision>
  <dcterms:created xsi:type="dcterms:W3CDTF">2026-10-22T17:41:00Z</dcterms:created>
  <dcterms:modified xsi:type="dcterms:W3CDTF">2026-10-22T17:41:00Z</dcterms:modified>
  <cp:category/>
</cp:coreProperties>
</file>