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408BC60" w14:textId="6F015110" w:rsidR="008108DB" w:rsidRPr="00665CDD" w:rsidRDefault="00BC493F" w:rsidP="00665CDD">
      <w:pPr>
        <w:jc w:val="center"/>
        <w:rPr>
          <w:rFonts w:ascii="Avenir Next LT Pro" w:hAnsi="Avenir Next LT Pro"/>
          <w:b/>
          <w:bCs/>
          <w:lang w:val="pt-BR"/>
        </w:rPr>
      </w:pPr>
      <w:r w:rsidRPr="00665CDD">
        <w:rPr>
          <w:rFonts w:ascii="Avenir Next LT Pro" w:hAnsi="Avenir Next LT Pro"/>
          <w:b/>
          <w:bCs/>
          <w:lang w:val="pt-BR"/>
        </w:rPr>
        <w:t>ANEXO I</w:t>
      </w:r>
      <w:r w:rsidR="00EE1463">
        <w:rPr>
          <w:rFonts w:ascii="Avenir Next LT Pro" w:hAnsi="Avenir Next LT Pro"/>
          <w:b/>
          <w:bCs/>
          <w:lang w:val="pt-BR"/>
        </w:rPr>
        <w:t>I</w:t>
      </w:r>
      <w:r w:rsidRPr="00665CDD">
        <w:rPr>
          <w:rFonts w:ascii="Avenir Next LT Pro" w:hAnsi="Avenir Next LT Pro"/>
          <w:b/>
          <w:bCs/>
          <w:lang w:val="pt-BR"/>
        </w:rPr>
        <w:t xml:space="preserve"> – FORMULÁRIO DE INSCRIÇÃO</w:t>
      </w:r>
    </w:p>
    <w:p w14:paraId="54DC4A5A" w14:textId="77777777" w:rsidR="008043E6" w:rsidRPr="00665CDD" w:rsidRDefault="008043E6" w:rsidP="00665CDD">
      <w:pPr>
        <w:rPr>
          <w:rFonts w:ascii="Avenir Next LT Pro" w:hAnsi="Avenir Next LT Pro"/>
          <w:b/>
          <w:bCs/>
          <w:lang w:val="pt-BR"/>
        </w:rPr>
      </w:pPr>
    </w:p>
    <w:p w14:paraId="7059AED5" w14:textId="77777777" w:rsidR="00665CDD" w:rsidRPr="00665CDD" w:rsidRDefault="00BC493F" w:rsidP="00665CDD">
      <w:pPr>
        <w:rPr>
          <w:rFonts w:ascii="Avenir Next LT Pro" w:hAnsi="Avenir Next LT Pro"/>
          <w:b/>
          <w:bCs/>
          <w:lang w:val="pt-BR"/>
        </w:rPr>
      </w:pPr>
      <w:r w:rsidRPr="00665CDD">
        <w:rPr>
          <w:rFonts w:ascii="Avenir Next LT Pro" w:hAnsi="Avenir Next LT Pro"/>
          <w:b/>
          <w:bCs/>
          <w:lang w:val="pt-BR"/>
        </w:rPr>
        <w:t>À Comissão de Pré-Qualificação</w:t>
      </w:r>
    </w:p>
    <w:p w14:paraId="558D5743" w14:textId="0443CABD" w:rsidR="008043E6" w:rsidRPr="00665CDD" w:rsidRDefault="00BC493F" w:rsidP="00665CDD">
      <w:pPr>
        <w:jc w:val="both"/>
        <w:rPr>
          <w:rFonts w:ascii="Avenir Next LT Pro" w:hAnsi="Avenir Next LT Pro"/>
          <w:lang w:val="pt-BR"/>
        </w:rPr>
      </w:pPr>
      <w:r w:rsidRPr="00665CDD">
        <w:rPr>
          <w:rFonts w:ascii="Avenir Next LT Pro" w:hAnsi="Avenir Next LT Pro"/>
          <w:lang w:val="pt-BR"/>
        </w:rPr>
        <w:br/>
        <w:t xml:space="preserve">Eu, ____________________________________________, representante legal da empresa __________________________________________, inscrita no CNPJ sob nº ______________________, venho, respeitosamente, requerer a inscrição no Chamamento Público nº </w:t>
      </w:r>
      <w:r w:rsidR="00EE1463">
        <w:rPr>
          <w:rFonts w:ascii="Avenir Next LT Pro" w:hAnsi="Avenir Next LT Pro"/>
          <w:lang w:val="pt-BR"/>
        </w:rPr>
        <w:t>01</w:t>
      </w:r>
      <w:r w:rsidRPr="00665CDD">
        <w:rPr>
          <w:rFonts w:ascii="Avenir Next LT Pro" w:hAnsi="Avenir Next LT Pro"/>
          <w:lang w:val="pt-BR"/>
        </w:rPr>
        <w:t>/2025.</w:t>
      </w:r>
    </w:p>
    <w:p w14:paraId="3F48B9F1" w14:textId="77777777" w:rsidR="008043E6" w:rsidRPr="00665CDD" w:rsidRDefault="00BC493F" w:rsidP="00665CDD">
      <w:pPr>
        <w:rPr>
          <w:rFonts w:ascii="Avenir Next LT Pro" w:hAnsi="Avenir Next LT Pro"/>
          <w:b/>
          <w:bCs/>
          <w:lang w:val="pt-BR"/>
        </w:rPr>
      </w:pPr>
      <w:r w:rsidRPr="00665CDD">
        <w:rPr>
          <w:rFonts w:ascii="Avenir Next LT Pro" w:hAnsi="Avenir Next LT Pro"/>
          <w:lang w:val="pt-BR"/>
        </w:rPr>
        <w:br/>
      </w:r>
      <w:r w:rsidRPr="00665CDD">
        <w:rPr>
          <w:rFonts w:ascii="Avenir Next LT Pro" w:hAnsi="Avenir Next LT Pro"/>
          <w:b/>
          <w:bCs/>
          <w:lang w:val="pt-BR"/>
        </w:rPr>
        <w:t>Declaro, sob as penas da lei:</w:t>
      </w:r>
    </w:p>
    <w:p w14:paraId="0834CC9E" w14:textId="77777777" w:rsidR="00665CDD" w:rsidRPr="00665CDD" w:rsidRDefault="00BC493F" w:rsidP="00665CDD">
      <w:pPr>
        <w:jc w:val="both"/>
        <w:rPr>
          <w:rFonts w:ascii="Avenir Next LT Pro" w:hAnsi="Avenir Next LT Pro"/>
          <w:lang w:val="pt-BR"/>
        </w:rPr>
      </w:pPr>
      <w:r w:rsidRPr="00665CDD">
        <w:rPr>
          <w:rFonts w:ascii="Avenir Next LT Pro" w:hAnsi="Avenir Next LT Pro"/>
          <w:lang w:val="pt-BR"/>
        </w:rPr>
        <w:t>Que a empresa encontra-se legalmente habilitada a participar do certame;</w:t>
      </w:r>
    </w:p>
    <w:p w14:paraId="2E86B21B" w14:textId="1930BBC2" w:rsidR="008043E6" w:rsidRPr="00665CDD" w:rsidRDefault="00BC493F" w:rsidP="00665CDD">
      <w:pPr>
        <w:jc w:val="both"/>
        <w:rPr>
          <w:rFonts w:ascii="Avenir Next LT Pro" w:hAnsi="Avenir Next LT Pro"/>
          <w:lang w:val="pt-BR"/>
        </w:rPr>
      </w:pPr>
      <w:r w:rsidRPr="00665CDD">
        <w:rPr>
          <w:rFonts w:ascii="Avenir Next LT Pro" w:hAnsi="Avenir Next LT Pro"/>
          <w:lang w:val="pt-BR"/>
        </w:rPr>
        <w:t>Que inexiste qualquer impedimento legal para contratar com o Poder Público, nos termos do art. 155 da Lei nº 14.133/2021;</w:t>
      </w:r>
    </w:p>
    <w:p w14:paraId="7732867F" w14:textId="77777777" w:rsidR="008043E6" w:rsidRPr="00665CDD" w:rsidRDefault="00BC493F" w:rsidP="00665CDD">
      <w:pPr>
        <w:jc w:val="both"/>
        <w:rPr>
          <w:rFonts w:ascii="Avenir Next LT Pro" w:hAnsi="Avenir Next LT Pro"/>
          <w:lang w:val="pt-BR"/>
        </w:rPr>
      </w:pPr>
      <w:r w:rsidRPr="00665CDD">
        <w:rPr>
          <w:rFonts w:ascii="Avenir Next LT Pro" w:hAnsi="Avenir Next LT Pro"/>
          <w:lang w:val="pt-BR"/>
        </w:rPr>
        <w:t>Que a empresa autoriza a Câmara Municipal a verificar a autenticidade das informações em cadastros oficiais (SICAF, CNEP, CEIS/CNIA);</w:t>
      </w:r>
    </w:p>
    <w:p w14:paraId="5A2BB395" w14:textId="77777777" w:rsidR="008043E6" w:rsidRPr="00665CDD" w:rsidRDefault="00BC493F" w:rsidP="00665CDD">
      <w:pPr>
        <w:jc w:val="both"/>
        <w:rPr>
          <w:rFonts w:ascii="Avenir Next LT Pro" w:hAnsi="Avenir Next LT Pro"/>
          <w:lang w:val="pt-BR"/>
        </w:rPr>
      </w:pPr>
      <w:r w:rsidRPr="00665CDD">
        <w:rPr>
          <w:rFonts w:ascii="Avenir Next LT Pro" w:hAnsi="Avenir Next LT Pro"/>
          <w:lang w:val="pt-BR"/>
        </w:rPr>
        <w:t>Que todos os documentos apresentados são autênticos e verdadeiros;</w:t>
      </w:r>
    </w:p>
    <w:p w14:paraId="7054D5C3" w14:textId="77777777" w:rsidR="008043E6" w:rsidRPr="00665CDD" w:rsidRDefault="00BC493F" w:rsidP="00665CDD">
      <w:pPr>
        <w:jc w:val="both"/>
        <w:rPr>
          <w:rFonts w:ascii="Avenir Next LT Pro" w:hAnsi="Avenir Next LT Pro"/>
          <w:lang w:val="pt-BR"/>
        </w:rPr>
      </w:pPr>
      <w:r w:rsidRPr="00665CDD">
        <w:rPr>
          <w:rFonts w:ascii="Avenir Next LT Pro" w:hAnsi="Avenir Next LT Pro"/>
          <w:lang w:val="pt-BR"/>
        </w:rPr>
        <w:t>Que tenho ciência das condições estabelecidas no edital.</w:t>
      </w:r>
    </w:p>
    <w:p w14:paraId="56F2F65D" w14:textId="65BAAED8" w:rsidR="008043E6" w:rsidRPr="00665CDD" w:rsidRDefault="00BC493F" w:rsidP="00665CDD">
      <w:pPr>
        <w:jc w:val="right"/>
        <w:rPr>
          <w:rFonts w:ascii="Avenir Next LT Pro" w:hAnsi="Avenir Next LT Pro"/>
          <w:lang w:val="pt-BR"/>
        </w:rPr>
      </w:pPr>
      <w:r w:rsidRPr="00665CDD">
        <w:rPr>
          <w:rFonts w:ascii="Avenir Next LT Pro" w:hAnsi="Avenir Next LT Pro"/>
          <w:lang w:val="pt-BR"/>
        </w:rPr>
        <w:br/>
      </w:r>
      <w:r w:rsidR="00EE1463">
        <w:rPr>
          <w:rFonts w:ascii="Avenir Next LT Pro" w:hAnsi="Avenir Next LT Pro"/>
          <w:lang w:val="pt-BR"/>
        </w:rPr>
        <w:t>Tupanciretã/RS</w:t>
      </w:r>
      <w:bookmarkStart w:id="0" w:name="_GoBack"/>
      <w:bookmarkEnd w:id="0"/>
      <w:r w:rsidR="008043E6" w:rsidRPr="00665CDD">
        <w:rPr>
          <w:rFonts w:ascii="Avenir Next LT Pro" w:hAnsi="Avenir Next LT Pro"/>
          <w:lang w:val="pt-BR"/>
        </w:rPr>
        <w:t>, XX de XXXX de 2025.</w:t>
      </w:r>
    </w:p>
    <w:p w14:paraId="41E22A2C" w14:textId="77777777" w:rsidR="008043E6" w:rsidRPr="00665CDD" w:rsidRDefault="008043E6" w:rsidP="00665CDD">
      <w:pPr>
        <w:rPr>
          <w:rFonts w:ascii="Avenir Next LT Pro" w:hAnsi="Avenir Next LT Pro"/>
          <w:lang w:val="pt-BR"/>
        </w:rPr>
      </w:pPr>
      <w:r w:rsidRPr="00665CDD">
        <w:rPr>
          <w:rFonts w:ascii="Avenir Next LT Pro" w:hAnsi="Avenir Next LT Pro"/>
          <w:lang w:val="pt-BR"/>
        </w:rPr>
        <w:t>___________________________________</w:t>
      </w:r>
    </w:p>
    <w:p w14:paraId="1C78B267" w14:textId="77777777" w:rsidR="008043E6" w:rsidRPr="00665CDD" w:rsidRDefault="008043E6" w:rsidP="00665CDD">
      <w:pPr>
        <w:rPr>
          <w:rFonts w:ascii="Avenir Next LT Pro" w:hAnsi="Avenir Next LT Pro"/>
          <w:lang w:val="pt-BR"/>
        </w:rPr>
      </w:pPr>
      <w:r w:rsidRPr="00665CDD">
        <w:rPr>
          <w:rFonts w:ascii="Avenir Next LT Pro" w:hAnsi="Avenir Next LT Pro"/>
          <w:lang w:val="pt-BR"/>
        </w:rPr>
        <w:t>XXXXXXXXXXXXXXXXXXXXXXXXXX</w:t>
      </w:r>
    </w:p>
    <w:p w14:paraId="5D60D9C8" w14:textId="77777777" w:rsidR="008043E6" w:rsidRPr="00665CDD" w:rsidRDefault="008043E6" w:rsidP="00665CDD">
      <w:pPr>
        <w:rPr>
          <w:rFonts w:ascii="Avenir Next LT Pro" w:hAnsi="Avenir Next LT Pro"/>
          <w:lang w:val="pt-BR"/>
        </w:rPr>
      </w:pPr>
      <w:r w:rsidRPr="00665CDD">
        <w:rPr>
          <w:rFonts w:ascii="Avenir Next LT Pro" w:hAnsi="Avenir Next LT Pro"/>
          <w:lang w:val="pt-BR"/>
        </w:rPr>
        <w:t>CPF: XXXXXXXXXXXXXX</w:t>
      </w:r>
    </w:p>
    <w:p w14:paraId="2E2F60B4" w14:textId="678FA89E" w:rsidR="008108DB" w:rsidRPr="00665CDD" w:rsidRDefault="008108DB" w:rsidP="00665CDD">
      <w:pPr>
        <w:rPr>
          <w:rFonts w:ascii="Avenir Next LT Pro" w:hAnsi="Avenir Next LT Pro"/>
          <w:lang w:val="pt-BR"/>
        </w:rPr>
      </w:pPr>
    </w:p>
    <w:sectPr w:rsidR="008108DB" w:rsidRPr="00665CDD" w:rsidSect="00665CDD">
      <w:pgSz w:w="12240" w:h="15840"/>
      <w:pgMar w:top="1440" w:right="1041" w:bottom="144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venir Next LT Pro">
    <w:altName w:val="Arial"/>
    <w:charset w:val="00"/>
    <w:family w:val="swiss"/>
    <w:pitch w:val="variable"/>
    <w:sig w:usb0="00000001" w:usb1="5000204A" w:usb2="00000000" w:usb3="00000000" w:csb0="0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Numerad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Numerad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Commarcador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Commarcador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Numerad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Commarcador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5065738B"/>
    <w:multiLevelType w:val="hybridMultilevel"/>
    <w:tmpl w:val="22CA188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35C8D"/>
    <w:rsid w:val="0029639D"/>
    <w:rsid w:val="00326F90"/>
    <w:rsid w:val="00665CDD"/>
    <w:rsid w:val="008043E6"/>
    <w:rsid w:val="008108DB"/>
    <w:rsid w:val="00AA1D8D"/>
    <w:rsid w:val="00B47730"/>
    <w:rsid w:val="00BC493F"/>
    <w:rsid w:val="00CB0664"/>
    <w:rsid w:val="00EE146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026F7E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618BF"/>
  </w:style>
  <w:style w:type="paragraph" w:styleId="Rodap">
    <w:name w:val="footer"/>
    <w:basedOn w:val="Normal"/>
    <w:link w:val="Rodap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618BF"/>
  </w:style>
  <w:style w:type="paragraph" w:styleId="SemEspaament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har">
    <w:name w:val="Título 2 Char"/>
    <w:basedOn w:val="Fontepargpadro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har">
    <w:name w:val="Subtítulo Char"/>
    <w:basedOn w:val="Fontepargpadro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grafoda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A1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A1D8D"/>
  </w:style>
  <w:style w:type="paragraph" w:styleId="Corpodetexto2">
    <w:name w:val="Body Text 2"/>
    <w:basedOn w:val="Normal"/>
    <w:link w:val="Corpodetexto2Char"/>
    <w:uiPriority w:val="99"/>
    <w:unhideWhenUsed/>
    <w:rsid w:val="00AA1D8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AA1D8D"/>
  </w:style>
  <w:style w:type="paragraph" w:styleId="Corpodetexto3">
    <w:name w:val="Body Text 3"/>
    <w:basedOn w:val="Normal"/>
    <w:link w:val="Corpodetexto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Commarcador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Commarcador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Commarcador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erada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erada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erada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adecontinuao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adecontinuao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adecontinuao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demacro">
    <w:name w:val="macro"/>
    <w:link w:val="Textodemacro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rsid w:val="0029639D"/>
    <w:rPr>
      <w:rFonts w:ascii="Courier" w:hAnsi="Courier"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FC693F"/>
    <w:rPr>
      <w:i/>
      <w:iCs/>
      <w:color w:val="000000" w:themeColor="text1"/>
    </w:rPr>
  </w:style>
  <w:style w:type="character" w:customStyle="1" w:styleId="CitaoChar">
    <w:name w:val="Citação Char"/>
    <w:basedOn w:val="Fontepargpadro"/>
    <w:link w:val="Citao"/>
    <w:uiPriority w:val="29"/>
    <w:rsid w:val="00FC693F"/>
    <w:rPr>
      <w:i/>
      <w:iCs/>
      <w:color w:val="000000" w:themeColor="text1"/>
    </w:rPr>
  </w:style>
  <w:style w:type="character" w:customStyle="1" w:styleId="Ttulo4Char">
    <w:name w:val="Título 4 Char"/>
    <w:basedOn w:val="Fontepargpadro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har">
    <w:name w:val="Título 5 Char"/>
    <w:basedOn w:val="Fontepargpadro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har">
    <w:name w:val="Título 7 Char"/>
    <w:basedOn w:val="Fontepargpadro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orte">
    <w:name w:val="Strong"/>
    <w:basedOn w:val="Fontepargpadro"/>
    <w:uiPriority w:val="22"/>
    <w:qFormat/>
    <w:rsid w:val="00FC693F"/>
    <w:rPr>
      <w:b/>
      <w:bCs/>
    </w:rPr>
  </w:style>
  <w:style w:type="character" w:styleId="nfase">
    <w:name w:val="Emphasis"/>
    <w:basedOn w:val="Fontepargpadro"/>
    <w:uiPriority w:val="20"/>
    <w:qFormat/>
    <w:rsid w:val="00FC693F"/>
    <w:rPr>
      <w:i/>
      <w:iCs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FC693F"/>
    <w:rPr>
      <w:b/>
      <w:bCs/>
      <w:i/>
      <w:iCs/>
      <w:color w:val="4F81BD" w:themeColor="accent1"/>
    </w:rPr>
  </w:style>
  <w:style w:type="character" w:styleId="nfaseSutil">
    <w:name w:val="Subtle Emphasis"/>
    <w:basedOn w:val="Fontepargpadro"/>
    <w:uiPriority w:val="19"/>
    <w:qFormat/>
    <w:rsid w:val="00FC693F"/>
    <w:rPr>
      <w:i/>
      <w:iCs/>
      <w:color w:val="808080" w:themeColor="text1" w:themeTint="7F"/>
    </w:rPr>
  </w:style>
  <w:style w:type="character" w:styleId="nfaseIntensa">
    <w:name w:val="Intense Emphasis"/>
    <w:basedOn w:val="Fontepargpadro"/>
    <w:uiPriority w:val="21"/>
    <w:qFormat/>
    <w:rsid w:val="00FC693F"/>
    <w:rPr>
      <w:b/>
      <w:bCs/>
      <w:i/>
      <w:iCs/>
      <w:color w:val="4F81BD" w:themeColor="accent1"/>
    </w:rPr>
  </w:style>
  <w:style w:type="character" w:styleId="RefernciaSutil">
    <w:name w:val="Subtle Reference"/>
    <w:basedOn w:val="Fontepargpadro"/>
    <w:uiPriority w:val="31"/>
    <w:qFormat/>
    <w:rsid w:val="00FC693F"/>
    <w:rPr>
      <w:smallCaps/>
      <w:color w:val="C0504D" w:themeColor="accent2"/>
      <w:u w:val="single"/>
    </w:rPr>
  </w:style>
  <w:style w:type="character" w:styleId="RefernciaIntensa">
    <w:name w:val="Intense Reference"/>
    <w:basedOn w:val="Fontepargpadr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oLivro">
    <w:name w:val="Book Title"/>
    <w:basedOn w:val="Fontepargpadro"/>
    <w:uiPriority w:val="33"/>
    <w:qFormat/>
    <w:rsid w:val="00FC693F"/>
    <w:rPr>
      <w:b/>
      <w:bCs/>
      <w:smallCaps/>
      <w:spacing w:val="5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elacomgrade">
    <w:name w:val="Table Grid"/>
    <w:basedOn w:val="Tabela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mentoClaro">
    <w:name w:val="Light Shading"/>
    <w:basedOn w:val="Tabe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mentoClaro-nfase1">
    <w:name w:val="Light Shading Accent 1"/>
    <w:basedOn w:val="Tabe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mentoClaro-nfase2">
    <w:name w:val="Light Shading Accent 2"/>
    <w:basedOn w:val="Tabe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mentoClaro-nfase3">
    <w:name w:val="Light Shading Accent 3"/>
    <w:basedOn w:val="Tabe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mentoClaro-nfase4">
    <w:name w:val="Light Shading Accent 4"/>
    <w:basedOn w:val="Tabe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mentoClaro-nfase5">
    <w:name w:val="Light Shading Accent 5"/>
    <w:basedOn w:val="Tabe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mentoClaro-nfase6">
    <w:name w:val="Light Shading Accent 6"/>
    <w:basedOn w:val="Tabe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e1">
    <w:name w:val="Light List Accent 1"/>
    <w:basedOn w:val="Tabela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e2">
    <w:name w:val="Light List Accent 2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e3">
    <w:name w:val="Light List Accent 3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e4">
    <w:name w:val="Light List Accent 4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e5">
    <w:name w:val="Light List Accent 5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6">
    <w:name w:val="Light List Accent 6"/>
    <w:basedOn w:val="Tabela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adeClara">
    <w:name w:val="Light Grid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adeClara-nfase1">
    <w:name w:val="Light Grid Accent 1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adeClara-nfase2">
    <w:name w:val="Light Grid Accent 2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adeClara-nfase3">
    <w:name w:val="Light Grid Accent 3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adeClara-nfase4">
    <w:name w:val="Light Grid Accent 4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adeClara-nfase5">
    <w:name w:val="Light Grid Accent 5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adeClara-nfase6">
    <w:name w:val="Light Grid Accent 6"/>
    <w:basedOn w:val="Tabela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mentoMdio1">
    <w:name w:val="Medium Shading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1">
    <w:name w:val="Medium Shading 1 Accent 1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2">
    <w:name w:val="Medium Shading 1 Accent 2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3">
    <w:name w:val="Medium Shading 1 Accent 3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4">
    <w:name w:val="Medium Shading 1 Accent 4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5">
    <w:name w:val="Medium Shading 1 Accent 5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1-nfase6">
    <w:name w:val="Medium Shading 1 Accent 6"/>
    <w:basedOn w:val="Tabela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mentoMdio2">
    <w:name w:val="Medium Shading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1">
    <w:name w:val="Medium Shading 2 Accent 1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2">
    <w:name w:val="Medium Shading 2 Accent 2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3">
    <w:name w:val="Medium Shading 2 Accent 3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4">
    <w:name w:val="Medium Shading 2 Accent 4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5">
    <w:name w:val="Medium Shading 2 Accent 5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mentoMdio2-nfase6">
    <w:name w:val="Medium Shading 2 Accent 6"/>
    <w:basedOn w:val="Tabela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dia1">
    <w:name w:val="Medium Lis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dia1-nfase1">
    <w:name w:val="Medium List 1 Accent 1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dia1-nfase2">
    <w:name w:val="Medium List 1 Accent 2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dia1-nfase3">
    <w:name w:val="Medium List 1 Accent 3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dia1-nfase4">
    <w:name w:val="Medium List 1 Accent 4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dia1-nfase5">
    <w:name w:val="Medium List 1 Accent 5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dia1-nfase6">
    <w:name w:val="Medium List 1 Accent 6"/>
    <w:basedOn w:val="Tabe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dia2">
    <w:name w:val="Medium Lis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1">
    <w:name w:val="Medium List 2 Accent 1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2">
    <w:name w:val="Medium List 2 Accent 2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3">
    <w:name w:val="Medium List 2 Accent 3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4">
    <w:name w:val="Medium List 2 Accent 4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5">
    <w:name w:val="Medium List 2 Accent 5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dia2-nfase6">
    <w:name w:val="Medium List 2 Accent 6"/>
    <w:basedOn w:val="Tabe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adeMdia1">
    <w:name w:val="Medium Grid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Mdia1-nfase1">
    <w:name w:val="Medium Grid 1 Accent 1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Mdia1-nfase2">
    <w:name w:val="Medium Grid 1 Accent 2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Mdia1-nfase3">
    <w:name w:val="Medium Grid 1 Accent 3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Mdia1-nfase4">
    <w:name w:val="Medium Grid 1 Accent 4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Mdia1-nfase5">
    <w:name w:val="Medium Grid 1 Accent 5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Mdia1-nfase6">
    <w:name w:val="Medium Grid 1 Accent 6"/>
    <w:basedOn w:val="Tabela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adeMdia2">
    <w:name w:val="Medium Grid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1">
    <w:name w:val="Medium Grid 2 Accent 1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2">
    <w:name w:val="Medium Grid 2 Accent 2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3">
    <w:name w:val="Medium Grid 2 Accent 3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4">
    <w:name w:val="Medium Grid 2 Accent 4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5">
    <w:name w:val="Medium Grid 2 Accent 5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2-nfase6">
    <w:name w:val="Medium Grid 2 Accent 6"/>
    <w:basedOn w:val="Tabe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adeMdia3">
    <w:name w:val="Medium Grid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adeMdia3-nfase1">
    <w:name w:val="Medium Grid 3 Accent 1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adeMdia3-nfase2">
    <w:name w:val="Medium Grid 3 Accent 2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adeMdia3-nfase3">
    <w:name w:val="Medium Grid 3 Accent 3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adeMdia3-nfase4">
    <w:name w:val="Medium Grid 3 Accent 4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adeMdia3-nfase5">
    <w:name w:val="Medium Grid 3 Accent 5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adeMdia3-nfase6">
    <w:name w:val="Medium Grid 3 Accent 6"/>
    <w:basedOn w:val="Tabela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Escura">
    <w:name w:val="Dark List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Escura-nfase1">
    <w:name w:val="Dark List Accent 1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Escura-nfase2">
    <w:name w:val="Dark List Accent 2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Escura-nfase3">
    <w:name w:val="Dark List Accent 3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Escura-nfase4">
    <w:name w:val="Dark List Accent 4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Escura-nfase5">
    <w:name w:val="Dark List Accent 5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Escura-nfase6">
    <w:name w:val="Dark List Accent 6"/>
    <w:basedOn w:val="Tabe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mentoColorido">
    <w:name w:val="Colorful Shading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Escuro-nfase1">
    <w:name w:val="Colorful Shading Accent 1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2">
    <w:name w:val="Colorful Shading Accent 2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3">
    <w:name w:val="Colorful Shading Accent 3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mentoColorido-nfase4">
    <w:name w:val="Colorful Shading Accent 4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5">
    <w:name w:val="Colorful Shading Accent 5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mentoColorido-nfase6">
    <w:name w:val="Colorful Shading Accent 6"/>
    <w:basedOn w:val="Tabe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Colorida">
    <w:name w:val="Colorful List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Colorida-nfase1">
    <w:name w:val="Colorful List Accent 1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Colorida-nfase2">
    <w:name w:val="Colorful List Accent 2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Colorida-nfase3">
    <w:name w:val="Colorful List Accent 3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Colorida-nfase4">
    <w:name w:val="Colorful List Accent 4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Colorida-nfase5">
    <w:name w:val="Colorful List Accent 5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Colorida-nfase6">
    <w:name w:val="Colorful List Accent 6"/>
    <w:basedOn w:val="Tabe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adeColorida">
    <w:name w:val="Colorful Grid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adeColorida-nfase1">
    <w:name w:val="Colorful Grid Accent 1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adeColorida-nfase2">
    <w:name w:val="Colorful Grid Accent 2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adeColorida-nfase3">
    <w:name w:val="Colorful Grid Accent 3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adeColorida-nfase4">
    <w:name w:val="Colorful Grid Accent 4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adeColorida-nfase5">
    <w:name w:val="Colorful Grid Accent 5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adeColorida-nfase6">
    <w:name w:val="Colorful Grid Accent 6"/>
    <w:basedOn w:val="Tabe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41F3BFC-ACFF-45F3-8E74-79D859828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781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924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PC_01</cp:lastModifiedBy>
  <cp:revision>3</cp:revision>
  <dcterms:created xsi:type="dcterms:W3CDTF">2025-09-01T15:45:00Z</dcterms:created>
  <dcterms:modified xsi:type="dcterms:W3CDTF">2025-09-04T14:15:00Z</dcterms:modified>
</cp:coreProperties>
</file>